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1FDA34" w14:textId="673ADC3A" w:rsidR="003473A6" w:rsidRDefault="00000000" w:rsidP="00603738">
      <w:pPr>
        <w:pStyle w:val="Title"/>
        <w:jc w:val="center"/>
      </w:pPr>
      <w:r>
        <w:t>AI CAM Planning Table</w:t>
      </w:r>
    </w:p>
    <w:p w14:paraId="0302C07B" w14:textId="258A25D6" w:rsidR="003473A6" w:rsidRPr="00603738" w:rsidRDefault="00000000">
      <w:pPr>
        <w:rPr>
          <w:sz w:val="24"/>
          <w:szCs w:val="24"/>
        </w:rPr>
      </w:pPr>
      <w:r w:rsidRPr="00603738">
        <w:rPr>
          <w:sz w:val="24"/>
          <w:szCs w:val="24"/>
        </w:rPr>
        <w:t xml:space="preserve">Use this working document to plan AI integration for </w:t>
      </w:r>
      <w:r w:rsidR="00274F92">
        <w:rPr>
          <w:sz w:val="24"/>
          <w:szCs w:val="24"/>
        </w:rPr>
        <w:t>your course, set up for weekly units</w:t>
      </w:r>
      <w:r w:rsidR="00A7449E" w:rsidRPr="00603738">
        <w:rPr>
          <w:sz w:val="24"/>
          <w:szCs w:val="24"/>
        </w:rPr>
        <w:t xml:space="preserve"> (if you need more, </w:t>
      </w:r>
      <w:r w:rsidR="00C52B50" w:rsidRPr="00603738">
        <w:rPr>
          <w:sz w:val="24"/>
          <w:szCs w:val="24"/>
        </w:rPr>
        <w:t>add additional rows</w:t>
      </w:r>
      <w:r w:rsidR="00A7449E" w:rsidRPr="00603738">
        <w:rPr>
          <w:sz w:val="24"/>
          <w:szCs w:val="24"/>
        </w:rPr>
        <w:t xml:space="preserve"> to the end)</w:t>
      </w:r>
      <w:r w:rsidRPr="00603738">
        <w:rPr>
          <w:sz w:val="24"/>
          <w:szCs w:val="24"/>
        </w:rPr>
        <w:t xml:space="preserve">, each with </w:t>
      </w:r>
      <w:r w:rsidR="00E31749" w:rsidRPr="00603738">
        <w:rPr>
          <w:sz w:val="24"/>
          <w:szCs w:val="24"/>
        </w:rPr>
        <w:t>a</w:t>
      </w:r>
      <w:r w:rsidRPr="00603738">
        <w:rPr>
          <w:sz w:val="24"/>
          <w:szCs w:val="24"/>
        </w:rPr>
        <w:t xml:space="preserve"> writing assignment and two discussions. Type directly in the blank cells. Brief phrases and outcome numbers are sufficient; rows expand as needed. Mark unused discussions and inapplicable fields N/A.</w:t>
      </w:r>
      <w:r w:rsidR="0033794A">
        <w:rPr>
          <w:sz w:val="24"/>
          <w:szCs w:val="24"/>
        </w:rPr>
        <w:t xml:space="preserve"> There is a Program planning table on the last page to provide a map of AI integration within a program.</w:t>
      </w:r>
    </w:p>
    <w:p w14:paraId="5D525C3A" w14:textId="6F2AA2B4" w:rsidR="003473A6" w:rsidRPr="00603738" w:rsidRDefault="00000000">
      <w:pPr>
        <w:pStyle w:val="Heading2"/>
        <w:rPr>
          <w:sz w:val="28"/>
          <w:szCs w:val="28"/>
        </w:rPr>
      </w:pPr>
      <w:r w:rsidRPr="00603738">
        <w:rPr>
          <w:sz w:val="28"/>
          <w:szCs w:val="28"/>
        </w:rPr>
        <w:t>AI CAM reference</w:t>
      </w:r>
      <w:r w:rsidR="00E31749" w:rsidRPr="00603738">
        <w:rPr>
          <w:sz w:val="28"/>
          <w:szCs w:val="28"/>
        </w:rPr>
        <w:t xml:space="preserve"> – use this information to help think through where each assignment fits the matrix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955"/>
        <w:gridCol w:w="5850"/>
      </w:tblGrid>
      <w:tr w:rsidR="00A76BEB" w:rsidRPr="00C52B50" w14:paraId="7239291D" w14:textId="77777777" w:rsidTr="00A76BEB">
        <w:tc>
          <w:tcPr>
            <w:tcW w:w="3955" w:type="dxa"/>
          </w:tcPr>
          <w:p w14:paraId="3AADE508" w14:textId="31048C2F" w:rsidR="00A76BEB" w:rsidRPr="00C52B50" w:rsidRDefault="00A76BEB" w:rsidP="00C7144E">
            <w:pPr>
              <w:rPr>
                <w:b/>
                <w:bCs/>
              </w:rPr>
            </w:pPr>
            <w:r w:rsidRPr="00C52B50">
              <w:rPr>
                <w:b/>
                <w:bCs/>
              </w:rPr>
              <w:t>Level</w:t>
            </w:r>
          </w:p>
        </w:tc>
        <w:tc>
          <w:tcPr>
            <w:tcW w:w="5850" w:type="dxa"/>
          </w:tcPr>
          <w:p w14:paraId="3C3836B4" w14:textId="16486819" w:rsidR="00A76BEB" w:rsidRPr="00C52B50" w:rsidRDefault="00A76BEB" w:rsidP="00C7144E">
            <w:pPr>
              <w:rPr>
                <w:b/>
                <w:bCs/>
              </w:rPr>
            </w:pPr>
            <w:r w:rsidRPr="00C52B50">
              <w:rPr>
                <w:b/>
                <w:bCs/>
              </w:rPr>
              <w:t>Rationale</w:t>
            </w:r>
          </w:p>
        </w:tc>
      </w:tr>
      <w:tr w:rsidR="00A76BEB" w:rsidRPr="00F014F5" w14:paraId="1C294496" w14:textId="77777777" w:rsidTr="00A76BEB">
        <w:tc>
          <w:tcPr>
            <w:tcW w:w="3955" w:type="dxa"/>
          </w:tcPr>
          <w:p w14:paraId="0ED8B878" w14:textId="291D4500" w:rsidR="00A76BEB" w:rsidRPr="00F014F5" w:rsidRDefault="00A76BEB" w:rsidP="00C7144E">
            <w:proofErr w:type="gramStart"/>
            <w:r w:rsidRPr="00F014F5">
              <w:t xml:space="preserve">0 </w:t>
            </w:r>
            <w:r>
              <w:t xml:space="preserve"> </w:t>
            </w:r>
            <w:r w:rsidRPr="00F014F5">
              <w:t>Restricted</w:t>
            </w:r>
            <w:proofErr w:type="gramEnd"/>
            <w:r w:rsidRPr="00F014F5">
              <w:t xml:space="preserve"> or prohibited</w:t>
            </w:r>
          </w:p>
        </w:tc>
        <w:tc>
          <w:tcPr>
            <w:tcW w:w="5850" w:type="dxa"/>
          </w:tcPr>
          <w:p w14:paraId="2B29880C" w14:textId="01F4F3D0" w:rsidR="00A76BEB" w:rsidRPr="00F014F5" w:rsidRDefault="00A76BEB" w:rsidP="00C7144E">
            <w:r>
              <w:t>Focus is on developing cognition</w:t>
            </w:r>
          </w:p>
        </w:tc>
      </w:tr>
      <w:tr w:rsidR="00A76BEB" w:rsidRPr="00F014F5" w14:paraId="6BA5FB28" w14:textId="77777777" w:rsidTr="00A76BEB">
        <w:tc>
          <w:tcPr>
            <w:tcW w:w="3955" w:type="dxa"/>
          </w:tcPr>
          <w:p w14:paraId="763901BC" w14:textId="62ECD063" w:rsidR="00A76BEB" w:rsidRPr="00F014F5" w:rsidRDefault="00A76BEB" w:rsidP="00C7144E">
            <w:proofErr w:type="gramStart"/>
            <w:r w:rsidRPr="00F014F5">
              <w:t xml:space="preserve">1 </w:t>
            </w:r>
            <w:r>
              <w:t xml:space="preserve"> </w:t>
            </w:r>
            <w:r w:rsidRPr="00F014F5">
              <w:t>Permitted</w:t>
            </w:r>
            <w:proofErr w:type="gramEnd"/>
            <w:r w:rsidRPr="00F014F5">
              <w:t xml:space="preserve"> with citation</w:t>
            </w:r>
          </w:p>
        </w:tc>
        <w:tc>
          <w:tcPr>
            <w:tcW w:w="5850" w:type="dxa"/>
          </w:tcPr>
          <w:p w14:paraId="040481EF" w14:textId="35539487" w:rsidR="00A76BEB" w:rsidRPr="00F014F5" w:rsidRDefault="00A76BEB" w:rsidP="00C7144E">
            <w:r>
              <w:t>Focus is on building a culture of transparency</w:t>
            </w:r>
          </w:p>
        </w:tc>
      </w:tr>
      <w:tr w:rsidR="00A76BEB" w:rsidRPr="00F014F5" w14:paraId="1BEE88AD" w14:textId="77777777" w:rsidTr="00A76BEB">
        <w:tc>
          <w:tcPr>
            <w:tcW w:w="3955" w:type="dxa"/>
          </w:tcPr>
          <w:p w14:paraId="32CB3CBE" w14:textId="3203596E" w:rsidR="00A76BEB" w:rsidRPr="00F014F5" w:rsidRDefault="00A76BEB" w:rsidP="00C7144E">
            <w:proofErr w:type="gramStart"/>
            <w:r w:rsidRPr="00F014F5">
              <w:t xml:space="preserve">2 </w:t>
            </w:r>
            <w:r>
              <w:t xml:space="preserve"> </w:t>
            </w:r>
            <w:r w:rsidRPr="00F014F5">
              <w:t>Encouraged</w:t>
            </w:r>
            <w:proofErr w:type="gramEnd"/>
            <w:r w:rsidRPr="00F014F5">
              <w:t xml:space="preserve"> for support tasks </w:t>
            </w:r>
          </w:p>
        </w:tc>
        <w:tc>
          <w:tcPr>
            <w:tcW w:w="5850" w:type="dxa"/>
          </w:tcPr>
          <w:p w14:paraId="39E61C9E" w14:textId="0DB2FDF7" w:rsidR="00A76BEB" w:rsidRPr="00F014F5" w:rsidRDefault="00A76BEB" w:rsidP="00C7144E">
            <w:r>
              <w:t>Focus is on guided use of AI tools while retaining core reasoning</w:t>
            </w:r>
          </w:p>
        </w:tc>
      </w:tr>
      <w:tr w:rsidR="00A76BEB" w:rsidRPr="00F014F5" w14:paraId="32A58550" w14:textId="77777777" w:rsidTr="00A76BEB">
        <w:tc>
          <w:tcPr>
            <w:tcW w:w="3955" w:type="dxa"/>
          </w:tcPr>
          <w:p w14:paraId="15EB3546" w14:textId="458AA747" w:rsidR="00A76BEB" w:rsidRPr="00F014F5" w:rsidRDefault="00A76BEB" w:rsidP="00F014F5">
            <w:proofErr w:type="gramStart"/>
            <w:r w:rsidRPr="00F014F5">
              <w:t xml:space="preserve">3 </w:t>
            </w:r>
            <w:r>
              <w:t xml:space="preserve"> </w:t>
            </w:r>
            <w:r w:rsidRPr="00F014F5">
              <w:t>Required</w:t>
            </w:r>
            <w:proofErr w:type="gramEnd"/>
            <w:r w:rsidRPr="00F014F5">
              <w:t xml:space="preserve"> AI assignment(s)</w:t>
            </w:r>
          </w:p>
        </w:tc>
        <w:tc>
          <w:tcPr>
            <w:tcW w:w="5850" w:type="dxa"/>
          </w:tcPr>
          <w:p w14:paraId="7B677C18" w14:textId="75D24671" w:rsidR="00A76BEB" w:rsidRPr="00F014F5" w:rsidRDefault="00A76BEB" w:rsidP="00F014F5">
            <w:r>
              <w:t>Focus is on interaction with AI tools and developing critical thinking</w:t>
            </w:r>
          </w:p>
        </w:tc>
      </w:tr>
      <w:tr w:rsidR="00A76BEB" w:rsidRPr="00F014F5" w14:paraId="65AF276D" w14:textId="77777777" w:rsidTr="00A23EDB">
        <w:tc>
          <w:tcPr>
            <w:tcW w:w="3955" w:type="dxa"/>
            <w:shd w:val="clear" w:color="auto" w:fill="BFBFBF" w:themeFill="background1" w:themeFillShade="BF"/>
          </w:tcPr>
          <w:p w14:paraId="7CBF654A" w14:textId="73403238" w:rsidR="00A76BEB" w:rsidRPr="00F014F5" w:rsidRDefault="00A76BEB" w:rsidP="00F014F5">
            <w:proofErr w:type="gramStart"/>
            <w:r w:rsidRPr="00F014F5">
              <w:t xml:space="preserve">4 </w:t>
            </w:r>
            <w:r>
              <w:t xml:space="preserve"> </w:t>
            </w:r>
            <w:r w:rsidRPr="00F014F5">
              <w:t>AI</w:t>
            </w:r>
            <w:proofErr w:type="gramEnd"/>
            <w:r w:rsidRPr="00F014F5">
              <w:t xml:space="preserve"> literacy embedded in learning outcomes</w:t>
            </w:r>
          </w:p>
        </w:tc>
        <w:tc>
          <w:tcPr>
            <w:tcW w:w="5850" w:type="dxa"/>
            <w:shd w:val="clear" w:color="auto" w:fill="BFBFBF" w:themeFill="background1" w:themeFillShade="BF"/>
          </w:tcPr>
          <w:p w14:paraId="559DB953" w14:textId="6C8657A2" w:rsidR="00A76BEB" w:rsidRPr="00F014F5" w:rsidRDefault="00A76BEB" w:rsidP="00F014F5">
            <w:r>
              <w:t>Focus is on developing competency in use of AI within subject</w:t>
            </w:r>
            <w:r w:rsidR="00A23EDB">
              <w:rPr>
                <w:rStyle w:val="FootnoteReference"/>
              </w:rPr>
              <w:footnoteReference w:id="1"/>
            </w:r>
          </w:p>
        </w:tc>
      </w:tr>
      <w:tr w:rsidR="00A76BEB" w:rsidRPr="00F014F5" w14:paraId="43496BA5" w14:textId="77777777" w:rsidTr="00A76BEB">
        <w:tc>
          <w:tcPr>
            <w:tcW w:w="3955" w:type="dxa"/>
          </w:tcPr>
          <w:p w14:paraId="12F81074" w14:textId="538504C5" w:rsidR="00A76BEB" w:rsidRPr="00F014F5" w:rsidRDefault="00A76BEB" w:rsidP="00F014F5">
            <w:proofErr w:type="gramStart"/>
            <w:r w:rsidRPr="00F014F5">
              <w:t xml:space="preserve">5 </w:t>
            </w:r>
            <w:r>
              <w:t xml:space="preserve"> </w:t>
            </w:r>
            <w:r w:rsidRPr="00F014F5">
              <w:t>Structured</w:t>
            </w:r>
            <w:proofErr w:type="gramEnd"/>
            <w:r w:rsidRPr="00F014F5">
              <w:t xml:space="preserve"> AI collaboration</w:t>
            </w:r>
          </w:p>
        </w:tc>
        <w:tc>
          <w:tcPr>
            <w:tcW w:w="5850" w:type="dxa"/>
          </w:tcPr>
          <w:p w14:paraId="519BE311" w14:textId="18484F77" w:rsidR="00A76BEB" w:rsidRPr="00F014F5" w:rsidRDefault="00A76BEB" w:rsidP="00F014F5">
            <w:r>
              <w:t>Focus is on purposefully folding AI into the learning process</w:t>
            </w:r>
          </w:p>
        </w:tc>
      </w:tr>
      <w:tr w:rsidR="00A76BEB" w:rsidRPr="00F014F5" w14:paraId="207226A5" w14:textId="77777777" w:rsidTr="00A23EDB">
        <w:tc>
          <w:tcPr>
            <w:tcW w:w="3955" w:type="dxa"/>
            <w:shd w:val="clear" w:color="auto" w:fill="BFBFBF" w:themeFill="background1" w:themeFillShade="BF"/>
          </w:tcPr>
          <w:p w14:paraId="66A53761" w14:textId="271CF005" w:rsidR="00A76BEB" w:rsidRPr="00F014F5" w:rsidRDefault="006C223E" w:rsidP="00F014F5">
            <w:r>
              <w:t>6 AI-Integrated course structure</w:t>
            </w:r>
          </w:p>
        </w:tc>
        <w:tc>
          <w:tcPr>
            <w:tcW w:w="5850" w:type="dxa"/>
            <w:shd w:val="clear" w:color="auto" w:fill="BFBFBF" w:themeFill="background1" w:themeFillShade="BF"/>
          </w:tcPr>
          <w:p w14:paraId="6B4A6784" w14:textId="1D1FD6D0" w:rsidR="00A76BEB" w:rsidRDefault="006C223E" w:rsidP="00F014F5">
            <w:r>
              <w:t>Focus is on actively using AI as full part of the learning experience across the entire course, not just individual assignments</w:t>
            </w:r>
            <w:r w:rsidR="00A23EDB">
              <w:rPr>
                <w:rStyle w:val="FootnoteReference"/>
              </w:rPr>
              <w:footnoteReference w:id="2"/>
            </w:r>
          </w:p>
        </w:tc>
      </w:tr>
    </w:tbl>
    <w:p w14:paraId="5EDB1A5F" w14:textId="199F9711" w:rsidR="003473A6" w:rsidRPr="00603738" w:rsidRDefault="00000000">
      <w:pPr>
        <w:rPr>
          <w:sz w:val="24"/>
          <w:szCs w:val="24"/>
        </w:rPr>
      </w:pPr>
      <w:r w:rsidRPr="00603738">
        <w:rPr>
          <w:sz w:val="24"/>
          <w:szCs w:val="24"/>
        </w:rPr>
        <w:t>Higher numbers are not automatically better choices.</w:t>
      </w:r>
    </w:p>
    <w:p w14:paraId="146A23F2" w14:textId="77777777" w:rsidR="00B55038" w:rsidRDefault="00B55038"/>
    <w:p w14:paraId="4A690B64" w14:textId="77777777" w:rsidR="00B55038" w:rsidRPr="00603738" w:rsidRDefault="00B55038">
      <w:pPr>
        <w:rPr>
          <w:rFonts w:asciiTheme="majorHAnsi" w:eastAsiaTheme="majorEastAsia" w:hAnsiTheme="majorHAnsi" w:cstheme="majorBidi"/>
          <w:b/>
          <w:bCs/>
          <w:color w:val="000000"/>
          <w:sz w:val="28"/>
          <w:szCs w:val="28"/>
        </w:rPr>
      </w:pPr>
      <w:r w:rsidRPr="00603738">
        <w:rPr>
          <w:rFonts w:asciiTheme="majorHAnsi" w:eastAsiaTheme="majorEastAsia" w:hAnsiTheme="majorHAnsi" w:cstheme="majorBidi"/>
          <w:b/>
          <w:bCs/>
          <w:color w:val="000000"/>
          <w:sz w:val="28"/>
          <w:szCs w:val="28"/>
        </w:rPr>
        <w:t>Additions to assignment prompts by AI-CAM Level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95"/>
        <w:gridCol w:w="8995"/>
      </w:tblGrid>
      <w:tr w:rsidR="00B55038" w14:paraId="57644EA1" w14:textId="77777777" w:rsidTr="00B55038">
        <w:tc>
          <w:tcPr>
            <w:tcW w:w="1795" w:type="dxa"/>
          </w:tcPr>
          <w:p w14:paraId="20FE3D3E" w14:textId="03B9B7A8" w:rsidR="00B55038" w:rsidRDefault="00B55038" w:rsidP="00B55038">
            <w:pPr>
              <w:jc w:val="center"/>
              <w:rPr>
                <w:rFonts w:asciiTheme="majorHAnsi" w:eastAsiaTheme="majorEastAsia" w:hAnsiTheme="majorHAnsi" w:cstheme="majorBidi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Theme="majorHAnsi" w:eastAsiaTheme="majorEastAsia" w:hAnsiTheme="majorHAnsi" w:cstheme="majorBidi"/>
                <w:b/>
                <w:bCs/>
                <w:color w:val="000000"/>
                <w:sz w:val="26"/>
                <w:szCs w:val="26"/>
              </w:rPr>
              <w:t>AI-CAM Level</w:t>
            </w:r>
          </w:p>
        </w:tc>
        <w:tc>
          <w:tcPr>
            <w:tcW w:w="8995" w:type="dxa"/>
          </w:tcPr>
          <w:p w14:paraId="548041AC" w14:textId="7708FD54" w:rsidR="00B55038" w:rsidRDefault="00B55038">
            <w:pPr>
              <w:rPr>
                <w:rFonts w:asciiTheme="majorHAnsi" w:eastAsiaTheme="majorEastAsia" w:hAnsiTheme="majorHAnsi" w:cstheme="majorBidi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Theme="majorHAnsi" w:eastAsiaTheme="majorEastAsia" w:hAnsiTheme="majorHAnsi" w:cstheme="majorBidi"/>
                <w:b/>
                <w:bCs/>
                <w:color w:val="000000"/>
                <w:sz w:val="26"/>
                <w:szCs w:val="26"/>
              </w:rPr>
              <w:t>Suggestion for addition to assignment Prompt</w:t>
            </w:r>
          </w:p>
        </w:tc>
      </w:tr>
      <w:tr w:rsidR="00B55038" w14:paraId="4450A50F" w14:textId="77777777" w:rsidTr="00B55038">
        <w:tc>
          <w:tcPr>
            <w:tcW w:w="1795" w:type="dxa"/>
          </w:tcPr>
          <w:p w14:paraId="3E296CF3" w14:textId="2EEB72AF" w:rsidR="00B55038" w:rsidRPr="00B55038" w:rsidRDefault="00B55038" w:rsidP="00B55038">
            <w:pPr>
              <w:jc w:val="center"/>
              <w:rPr>
                <w:rFonts w:asciiTheme="majorHAnsi" w:eastAsiaTheme="majorEastAsia" w:hAnsiTheme="majorHAnsi" w:cstheme="majorBidi"/>
                <w:color w:val="000000"/>
                <w:szCs w:val="20"/>
              </w:rPr>
            </w:pPr>
            <w:r w:rsidRPr="00B55038">
              <w:rPr>
                <w:rFonts w:asciiTheme="majorHAnsi" w:eastAsiaTheme="majorEastAsia" w:hAnsiTheme="majorHAnsi" w:cstheme="majorBidi"/>
                <w:color w:val="000000"/>
                <w:szCs w:val="20"/>
              </w:rPr>
              <w:t>0</w:t>
            </w:r>
          </w:p>
        </w:tc>
        <w:tc>
          <w:tcPr>
            <w:tcW w:w="8995" w:type="dxa"/>
          </w:tcPr>
          <w:p w14:paraId="564586C9" w14:textId="5747D67F" w:rsidR="00B55038" w:rsidRPr="00B55038" w:rsidRDefault="00B55038">
            <w:pPr>
              <w:rPr>
                <w:rFonts w:asciiTheme="majorHAnsi" w:eastAsiaTheme="majorEastAsia" w:hAnsiTheme="majorHAnsi" w:cstheme="majorBidi"/>
                <w:color w:val="000000"/>
                <w:szCs w:val="20"/>
              </w:rPr>
            </w:pPr>
            <w:r w:rsidRPr="00B55038">
              <w:rPr>
                <w:rFonts w:asciiTheme="majorHAnsi" w:eastAsiaTheme="majorEastAsia" w:hAnsiTheme="majorHAnsi" w:cstheme="majorBidi"/>
                <w:color w:val="000000"/>
                <w:szCs w:val="20"/>
              </w:rPr>
              <w:t>Complete the assignment independently. Do not use generative AI for research, interpretation, drafting, or revision.</w:t>
            </w:r>
          </w:p>
        </w:tc>
      </w:tr>
      <w:tr w:rsidR="00B55038" w14:paraId="3648D908" w14:textId="77777777" w:rsidTr="00B55038">
        <w:tc>
          <w:tcPr>
            <w:tcW w:w="1795" w:type="dxa"/>
          </w:tcPr>
          <w:p w14:paraId="64D91AB2" w14:textId="199B5E19" w:rsidR="00B55038" w:rsidRPr="00B55038" w:rsidRDefault="00B55038" w:rsidP="00B55038">
            <w:pPr>
              <w:jc w:val="center"/>
              <w:rPr>
                <w:rFonts w:asciiTheme="majorHAnsi" w:eastAsiaTheme="majorEastAsia" w:hAnsiTheme="majorHAnsi" w:cstheme="majorBidi"/>
                <w:color w:val="000000"/>
                <w:szCs w:val="20"/>
              </w:rPr>
            </w:pPr>
            <w:r w:rsidRPr="00B55038">
              <w:rPr>
                <w:rFonts w:asciiTheme="majorHAnsi" w:eastAsiaTheme="majorEastAsia" w:hAnsiTheme="majorHAnsi" w:cstheme="majorBidi"/>
                <w:color w:val="000000"/>
                <w:szCs w:val="20"/>
              </w:rPr>
              <w:t>1</w:t>
            </w:r>
          </w:p>
        </w:tc>
        <w:tc>
          <w:tcPr>
            <w:tcW w:w="8995" w:type="dxa"/>
          </w:tcPr>
          <w:p w14:paraId="77E20E3B" w14:textId="3E0F4607" w:rsidR="00B55038" w:rsidRPr="00B55038" w:rsidRDefault="00B55038">
            <w:pPr>
              <w:rPr>
                <w:rFonts w:asciiTheme="majorHAnsi" w:eastAsiaTheme="majorEastAsia" w:hAnsiTheme="majorHAnsi" w:cstheme="majorBidi"/>
                <w:color w:val="000000"/>
                <w:szCs w:val="20"/>
              </w:rPr>
            </w:pPr>
            <w:r w:rsidRPr="00B55038">
              <w:rPr>
                <w:rFonts w:asciiTheme="majorHAnsi" w:eastAsiaTheme="majorEastAsia" w:hAnsiTheme="majorHAnsi" w:cstheme="majorBidi"/>
                <w:color w:val="000000"/>
                <w:szCs w:val="20"/>
              </w:rPr>
              <w:t xml:space="preserve">You may use </w:t>
            </w:r>
            <w:proofErr w:type="gramStart"/>
            <w:r w:rsidRPr="00B55038">
              <w:rPr>
                <w:rFonts w:asciiTheme="majorHAnsi" w:eastAsiaTheme="majorEastAsia" w:hAnsiTheme="majorHAnsi" w:cstheme="majorBidi"/>
                <w:color w:val="000000"/>
                <w:szCs w:val="20"/>
              </w:rPr>
              <w:t>AI, but</w:t>
            </w:r>
            <w:proofErr w:type="gramEnd"/>
            <w:r w:rsidRPr="00B55038">
              <w:rPr>
                <w:rFonts w:asciiTheme="majorHAnsi" w:eastAsiaTheme="majorEastAsia" w:hAnsiTheme="majorHAnsi" w:cstheme="majorBidi"/>
                <w:color w:val="000000"/>
                <w:szCs w:val="20"/>
              </w:rPr>
              <w:t xml:space="preserve"> cite every use and attach your prompts and relevant outputs. You remain responsible for every claim.</w:t>
            </w:r>
          </w:p>
        </w:tc>
      </w:tr>
      <w:tr w:rsidR="00B55038" w14:paraId="55A01006" w14:textId="77777777" w:rsidTr="00B55038">
        <w:tc>
          <w:tcPr>
            <w:tcW w:w="1795" w:type="dxa"/>
          </w:tcPr>
          <w:p w14:paraId="23BADB74" w14:textId="7875933C" w:rsidR="00B55038" w:rsidRPr="00B55038" w:rsidRDefault="00B55038" w:rsidP="00B55038">
            <w:pPr>
              <w:jc w:val="center"/>
              <w:rPr>
                <w:rFonts w:asciiTheme="majorHAnsi" w:eastAsiaTheme="majorEastAsia" w:hAnsiTheme="majorHAnsi" w:cstheme="majorBidi"/>
                <w:color w:val="000000"/>
                <w:szCs w:val="20"/>
              </w:rPr>
            </w:pPr>
            <w:r w:rsidRPr="00B55038">
              <w:rPr>
                <w:rFonts w:asciiTheme="majorHAnsi" w:eastAsiaTheme="majorEastAsia" w:hAnsiTheme="majorHAnsi" w:cstheme="majorBidi"/>
                <w:color w:val="000000"/>
                <w:szCs w:val="20"/>
              </w:rPr>
              <w:t>2</w:t>
            </w:r>
          </w:p>
        </w:tc>
        <w:tc>
          <w:tcPr>
            <w:tcW w:w="8995" w:type="dxa"/>
          </w:tcPr>
          <w:p w14:paraId="5281B8EC" w14:textId="0738AFEB" w:rsidR="00B55038" w:rsidRPr="00B55038" w:rsidRDefault="00B55038">
            <w:pPr>
              <w:rPr>
                <w:rFonts w:asciiTheme="majorHAnsi" w:eastAsiaTheme="majorEastAsia" w:hAnsiTheme="majorHAnsi" w:cstheme="majorBidi"/>
                <w:color w:val="000000"/>
                <w:szCs w:val="20"/>
              </w:rPr>
            </w:pPr>
            <w:r w:rsidRPr="00B55038">
              <w:rPr>
                <w:rFonts w:asciiTheme="majorHAnsi" w:eastAsiaTheme="majorEastAsia" w:hAnsiTheme="majorHAnsi" w:cstheme="majorBidi"/>
                <w:color w:val="000000"/>
                <w:szCs w:val="20"/>
              </w:rPr>
              <w:t>You may use AI to brainstorm questions, organize notes, or critique a draft. Do not use it to interpret the passage or write the paper. Cite all use.</w:t>
            </w:r>
          </w:p>
        </w:tc>
      </w:tr>
      <w:tr w:rsidR="00B55038" w14:paraId="5C6B42C3" w14:textId="77777777" w:rsidTr="00B55038">
        <w:tc>
          <w:tcPr>
            <w:tcW w:w="1795" w:type="dxa"/>
          </w:tcPr>
          <w:p w14:paraId="78938B4C" w14:textId="519E60CD" w:rsidR="00B55038" w:rsidRPr="00B55038" w:rsidRDefault="00B55038" w:rsidP="00B55038">
            <w:pPr>
              <w:jc w:val="center"/>
              <w:rPr>
                <w:rFonts w:asciiTheme="majorHAnsi" w:eastAsiaTheme="majorEastAsia" w:hAnsiTheme="majorHAnsi" w:cstheme="majorBidi"/>
                <w:color w:val="000000"/>
                <w:szCs w:val="20"/>
              </w:rPr>
            </w:pPr>
            <w:r w:rsidRPr="00B55038">
              <w:rPr>
                <w:rFonts w:asciiTheme="majorHAnsi" w:eastAsiaTheme="majorEastAsia" w:hAnsiTheme="majorHAnsi" w:cstheme="majorBidi"/>
                <w:color w:val="000000"/>
                <w:szCs w:val="20"/>
              </w:rPr>
              <w:t>3</w:t>
            </w:r>
          </w:p>
        </w:tc>
        <w:tc>
          <w:tcPr>
            <w:tcW w:w="8995" w:type="dxa"/>
          </w:tcPr>
          <w:p w14:paraId="4F53C9A3" w14:textId="072B5533" w:rsidR="00B55038" w:rsidRPr="00B55038" w:rsidRDefault="00B55038">
            <w:pPr>
              <w:rPr>
                <w:rFonts w:asciiTheme="majorHAnsi" w:eastAsiaTheme="majorEastAsia" w:hAnsiTheme="majorHAnsi" w:cstheme="majorBidi"/>
                <w:color w:val="000000"/>
                <w:szCs w:val="20"/>
              </w:rPr>
            </w:pPr>
            <w:r w:rsidRPr="00B55038">
              <w:rPr>
                <w:rFonts w:asciiTheme="majorHAnsi" w:eastAsiaTheme="majorEastAsia" w:hAnsiTheme="majorHAnsi" w:cstheme="majorBidi"/>
                <w:color w:val="000000"/>
                <w:szCs w:val="20"/>
              </w:rPr>
              <w:t>Generate an AI interpretation. Compare it with your exegesis and scholarly sources, then identify its strengths, errors, and assumptions.</w:t>
            </w:r>
          </w:p>
        </w:tc>
      </w:tr>
      <w:tr w:rsidR="00B55038" w14:paraId="3643CEBB" w14:textId="77777777" w:rsidTr="00B55038">
        <w:tc>
          <w:tcPr>
            <w:tcW w:w="1795" w:type="dxa"/>
          </w:tcPr>
          <w:p w14:paraId="19ED16CC" w14:textId="43F489FD" w:rsidR="00B55038" w:rsidRPr="00B55038" w:rsidRDefault="00B55038" w:rsidP="00B55038">
            <w:pPr>
              <w:jc w:val="center"/>
              <w:rPr>
                <w:rFonts w:asciiTheme="majorHAnsi" w:eastAsiaTheme="majorEastAsia" w:hAnsiTheme="majorHAnsi" w:cstheme="majorBidi"/>
                <w:color w:val="000000"/>
                <w:szCs w:val="20"/>
              </w:rPr>
            </w:pPr>
            <w:r w:rsidRPr="00B55038">
              <w:rPr>
                <w:rFonts w:asciiTheme="majorHAnsi" w:eastAsiaTheme="majorEastAsia" w:hAnsiTheme="majorHAnsi" w:cstheme="majorBidi"/>
                <w:color w:val="000000"/>
                <w:szCs w:val="20"/>
              </w:rPr>
              <w:t>4</w:t>
            </w:r>
          </w:p>
        </w:tc>
        <w:tc>
          <w:tcPr>
            <w:tcW w:w="8995" w:type="dxa"/>
          </w:tcPr>
          <w:p w14:paraId="37904F6D" w14:textId="1D7D85DC" w:rsidR="00B55038" w:rsidRPr="00C82B4D" w:rsidRDefault="00B55038">
            <w:pPr>
              <w:rPr>
                <w:rFonts w:asciiTheme="majorHAnsi" w:eastAsiaTheme="majorEastAsia" w:hAnsiTheme="majorHAnsi" w:cstheme="majorBidi"/>
                <w:i/>
                <w:iCs/>
                <w:color w:val="000000"/>
                <w:szCs w:val="20"/>
              </w:rPr>
            </w:pPr>
            <w:r w:rsidRPr="00C82B4D">
              <w:rPr>
                <w:rFonts w:asciiTheme="majorHAnsi" w:eastAsiaTheme="majorEastAsia" w:hAnsiTheme="majorHAnsi" w:cstheme="majorBidi"/>
                <w:i/>
                <w:iCs/>
                <w:color w:val="000000"/>
                <w:szCs w:val="20"/>
              </w:rPr>
              <w:t>If your course is a Level 4 course</w:t>
            </w:r>
            <w:r w:rsidR="00A23EDB">
              <w:rPr>
                <w:rFonts w:asciiTheme="majorHAnsi" w:eastAsiaTheme="majorEastAsia" w:hAnsiTheme="majorHAnsi" w:cstheme="majorBidi"/>
                <w:i/>
                <w:iCs/>
                <w:color w:val="000000"/>
                <w:szCs w:val="20"/>
              </w:rPr>
              <w:t xml:space="preserve">, it will have a course competency </w:t>
            </w:r>
            <w:proofErr w:type="gramStart"/>
            <w:r w:rsidR="00A23EDB">
              <w:rPr>
                <w:rFonts w:asciiTheme="majorHAnsi" w:eastAsiaTheme="majorEastAsia" w:hAnsiTheme="majorHAnsi" w:cstheme="majorBidi"/>
                <w:i/>
                <w:iCs/>
                <w:color w:val="000000"/>
                <w:szCs w:val="20"/>
              </w:rPr>
              <w:t>similar to</w:t>
            </w:r>
            <w:proofErr w:type="gramEnd"/>
            <w:r w:rsidR="00A23EDB">
              <w:rPr>
                <w:rFonts w:asciiTheme="majorHAnsi" w:eastAsiaTheme="majorEastAsia" w:hAnsiTheme="majorHAnsi" w:cstheme="majorBidi"/>
                <w:i/>
                <w:iCs/>
                <w:color w:val="000000"/>
                <w:szCs w:val="20"/>
              </w:rPr>
              <w:t xml:space="preserve"> this: “Describe how AI affects the subject, including ethical and governance related issues.” include 1 or more Level</w:t>
            </w:r>
            <w:r w:rsidR="00C82B4D" w:rsidRPr="00C82B4D">
              <w:rPr>
                <w:rFonts w:asciiTheme="majorHAnsi" w:eastAsiaTheme="majorEastAsia" w:hAnsiTheme="majorHAnsi" w:cstheme="majorBidi"/>
                <w:i/>
                <w:iCs/>
                <w:color w:val="000000"/>
                <w:szCs w:val="20"/>
              </w:rPr>
              <w:t xml:space="preserve"> 5 assignments and other assignments at various levels as appropriate.</w:t>
            </w:r>
          </w:p>
        </w:tc>
      </w:tr>
      <w:tr w:rsidR="00B55038" w14:paraId="6D51C275" w14:textId="77777777" w:rsidTr="00B55038">
        <w:tc>
          <w:tcPr>
            <w:tcW w:w="1795" w:type="dxa"/>
          </w:tcPr>
          <w:p w14:paraId="625EB65F" w14:textId="175E8FDF" w:rsidR="00B55038" w:rsidRPr="00B55038" w:rsidRDefault="00B55038" w:rsidP="00B55038">
            <w:pPr>
              <w:jc w:val="center"/>
              <w:rPr>
                <w:rFonts w:asciiTheme="majorHAnsi" w:eastAsiaTheme="majorEastAsia" w:hAnsiTheme="majorHAnsi" w:cstheme="majorBidi"/>
                <w:color w:val="000000"/>
                <w:szCs w:val="20"/>
              </w:rPr>
            </w:pPr>
            <w:r w:rsidRPr="00B55038">
              <w:rPr>
                <w:rFonts w:asciiTheme="majorHAnsi" w:eastAsiaTheme="majorEastAsia" w:hAnsiTheme="majorHAnsi" w:cstheme="majorBidi"/>
                <w:color w:val="000000"/>
                <w:szCs w:val="20"/>
              </w:rPr>
              <w:t>5</w:t>
            </w:r>
          </w:p>
        </w:tc>
        <w:tc>
          <w:tcPr>
            <w:tcW w:w="8995" w:type="dxa"/>
          </w:tcPr>
          <w:p w14:paraId="04E93938" w14:textId="77777777" w:rsidR="00B55038" w:rsidRDefault="00C82B4D">
            <w:pPr>
              <w:rPr>
                <w:rFonts w:asciiTheme="majorHAnsi" w:eastAsiaTheme="majorEastAsia" w:hAnsiTheme="majorHAnsi" w:cstheme="majorBidi"/>
                <w:color w:val="000000"/>
                <w:szCs w:val="20"/>
              </w:rPr>
            </w:pPr>
            <w:r w:rsidRPr="00C82B4D">
              <w:rPr>
                <w:rFonts w:asciiTheme="majorHAnsi" w:eastAsiaTheme="majorEastAsia" w:hAnsiTheme="majorHAnsi" w:cstheme="majorBidi"/>
                <w:i/>
                <w:iCs/>
                <w:color w:val="000000"/>
                <w:szCs w:val="20"/>
              </w:rPr>
              <w:t>Example 1:</w:t>
            </w:r>
            <w:r>
              <w:rPr>
                <w:rFonts w:asciiTheme="majorHAnsi" w:eastAsiaTheme="majorEastAsia" w:hAnsiTheme="majorHAnsi" w:cstheme="majorBidi"/>
                <w:color w:val="000000"/>
                <w:szCs w:val="20"/>
              </w:rPr>
              <w:t xml:space="preserve"> </w:t>
            </w:r>
            <w:r w:rsidR="00B55038" w:rsidRPr="00B55038">
              <w:rPr>
                <w:rFonts w:asciiTheme="majorHAnsi" w:eastAsiaTheme="majorEastAsia" w:hAnsiTheme="majorHAnsi" w:cstheme="majorBidi"/>
                <w:color w:val="000000"/>
                <w:szCs w:val="20"/>
              </w:rPr>
              <w:t>Draft your interpretation, solicit an AI counter-reading, evaluate it, revise your argument, and submit the process record with a reflection.</w:t>
            </w:r>
          </w:p>
          <w:p w14:paraId="66873D91" w14:textId="6779BBE4" w:rsidR="00C82B4D" w:rsidRPr="00B55038" w:rsidRDefault="00C82B4D">
            <w:pPr>
              <w:rPr>
                <w:rFonts w:asciiTheme="majorHAnsi" w:eastAsiaTheme="majorEastAsia" w:hAnsiTheme="majorHAnsi" w:cstheme="majorBidi"/>
                <w:color w:val="000000"/>
                <w:szCs w:val="20"/>
              </w:rPr>
            </w:pPr>
            <w:r w:rsidRPr="00C82B4D">
              <w:rPr>
                <w:rFonts w:asciiTheme="majorHAnsi" w:eastAsiaTheme="majorEastAsia" w:hAnsiTheme="majorHAnsi" w:cstheme="majorBidi"/>
                <w:i/>
                <w:iCs/>
                <w:color w:val="000000"/>
                <w:szCs w:val="20"/>
              </w:rPr>
              <w:t>Example 2</w:t>
            </w:r>
            <w:r>
              <w:rPr>
                <w:rFonts w:asciiTheme="majorHAnsi" w:eastAsiaTheme="majorEastAsia" w:hAnsiTheme="majorHAnsi" w:cstheme="majorBidi"/>
                <w:color w:val="000000"/>
                <w:szCs w:val="20"/>
              </w:rPr>
              <w:t xml:space="preserve">: </w:t>
            </w:r>
            <w:r w:rsidRPr="00C82B4D">
              <w:rPr>
                <w:rFonts w:asciiTheme="majorHAnsi" w:eastAsiaTheme="majorEastAsia" w:hAnsiTheme="majorHAnsi" w:cstheme="majorBidi"/>
                <w:color w:val="000000"/>
                <w:szCs w:val="20"/>
              </w:rPr>
              <w:t>My name is _________ and I would like you to act as my personal tutor and teach me about ____________. I would like you to give me a broad introduction to the subject. Please start by asking me a question that helps you gauge my level of understanding. Based on my response, ask me a follow-up question to that helps deepen my understanding. Continue to do this until I demonstrate competence.</w:t>
            </w:r>
          </w:p>
        </w:tc>
      </w:tr>
    </w:tbl>
    <w:p w14:paraId="00EC57CD" w14:textId="77777777" w:rsidR="00E31749" w:rsidRPr="00B55038" w:rsidRDefault="00E31749">
      <w:pPr>
        <w:pStyle w:val="Heading1"/>
        <w:rPr>
          <w:sz w:val="26"/>
          <w:szCs w:val="26"/>
        </w:rPr>
        <w:sectPr w:rsidR="00E31749" w:rsidRPr="00B55038" w:rsidSect="00E31749">
          <w:footerReference w:type="default" r:id="rId8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477DCB23" w14:textId="2B6668C8" w:rsidR="00C52B50" w:rsidRPr="00603738" w:rsidRDefault="00C52B50">
      <w:pPr>
        <w:pStyle w:val="Heading1"/>
        <w:rPr>
          <w:sz w:val="28"/>
        </w:rPr>
      </w:pPr>
      <w:r w:rsidRPr="00603738">
        <w:rPr>
          <w:sz w:val="28"/>
        </w:rPr>
        <w:lastRenderedPageBreak/>
        <w:t xml:space="preserve">Course Level </w:t>
      </w:r>
      <w:r w:rsidRPr="00603738">
        <w:rPr>
          <w:b w:val="0"/>
          <w:bCs w:val="0"/>
          <w:sz w:val="28"/>
        </w:rPr>
        <w:t>(</w:t>
      </w:r>
      <w:r w:rsidR="002D7630" w:rsidRPr="00603738">
        <w:rPr>
          <w:b w:val="0"/>
          <w:bCs w:val="0"/>
          <w:sz w:val="28"/>
        </w:rPr>
        <w:t>Enter</w:t>
      </w:r>
      <w:r w:rsidRPr="00603738">
        <w:rPr>
          <w:b w:val="0"/>
          <w:bCs w:val="0"/>
          <w:sz w:val="28"/>
        </w:rPr>
        <w:t xml:space="preserve"> the level that corresponds to the highest level of AI assigned)</w:t>
      </w:r>
    </w:p>
    <w:p w14:paraId="515D8B41" w14:textId="789F1BDC" w:rsidR="002D7630" w:rsidRPr="00603738" w:rsidRDefault="002D7630" w:rsidP="001B6740">
      <w:pPr>
        <w:spacing w:after="0"/>
        <w:rPr>
          <w:sz w:val="24"/>
          <w:szCs w:val="24"/>
        </w:rPr>
      </w:pPr>
      <w:r w:rsidRPr="00603738">
        <w:rPr>
          <w:sz w:val="24"/>
          <w:szCs w:val="24"/>
        </w:rPr>
        <w:t xml:space="preserve">Only Freshman course may be fully ‘0’ courses. Most will include a variety of Levels 1-3. Senior and Graduate level </w:t>
      </w:r>
      <w:r w:rsidR="001B6740" w:rsidRPr="00603738">
        <w:rPr>
          <w:sz w:val="24"/>
          <w:szCs w:val="24"/>
        </w:rPr>
        <w:t>courses must be at least Level 4 with one or more Level 5 assignments</w:t>
      </w:r>
      <w:r w:rsidRPr="00603738">
        <w:rPr>
          <w:sz w:val="24"/>
          <w:szCs w:val="24"/>
        </w:rPr>
        <w:t xml:space="preserve">. A Level 6 course requires </w:t>
      </w:r>
      <w:r w:rsidR="001B6740" w:rsidRPr="00603738">
        <w:rPr>
          <w:sz w:val="24"/>
          <w:szCs w:val="24"/>
        </w:rPr>
        <w:t xml:space="preserve">an architecture that is heavily connected to AI learning tools and active faculty presence. Mark an unused discussion column N/A. </w:t>
      </w:r>
    </w:p>
    <w:p w14:paraId="7DA0BACD" w14:textId="5296400A" w:rsidR="00E31749" w:rsidRPr="00603738" w:rsidRDefault="00E31749" w:rsidP="00E31749">
      <w:pPr>
        <w:rPr>
          <w:sz w:val="24"/>
          <w:szCs w:val="24"/>
        </w:rPr>
      </w:pPr>
      <w:r w:rsidRPr="00603738">
        <w:rPr>
          <w:sz w:val="24"/>
          <w:szCs w:val="24"/>
        </w:rPr>
        <w:t xml:space="preserve">Course __________________________   Instructor __________________________  AI-CAM </w:t>
      </w:r>
      <w:r w:rsidR="00C82B4D" w:rsidRPr="00603738">
        <w:rPr>
          <w:sz w:val="24"/>
          <w:szCs w:val="24"/>
        </w:rPr>
        <w:t xml:space="preserve">Course </w:t>
      </w:r>
      <w:r w:rsidRPr="00603738">
        <w:rPr>
          <w:sz w:val="24"/>
          <w:szCs w:val="24"/>
        </w:rPr>
        <w:t>Level____________________</w:t>
      </w:r>
      <w:r w:rsidRPr="00603738">
        <w:rPr>
          <w:sz w:val="24"/>
          <w:szCs w:val="24"/>
        </w:rPr>
        <w:br/>
        <w:t>Program _________________________   Semester __________________________</w:t>
      </w:r>
    </w:p>
    <w:p w14:paraId="1E0C783D" w14:textId="14042723" w:rsidR="003473A6" w:rsidRPr="00603738" w:rsidRDefault="00F014F5" w:rsidP="001B6740">
      <w:pPr>
        <w:pStyle w:val="Heading1"/>
        <w:spacing w:before="0"/>
        <w:rPr>
          <w:sz w:val="28"/>
        </w:rPr>
      </w:pPr>
      <w:r w:rsidRPr="00603738">
        <w:rPr>
          <w:sz w:val="28"/>
        </w:rPr>
        <w:t>AI Integration Table</w:t>
      </w:r>
    </w:p>
    <w:p w14:paraId="0424349B" w14:textId="6A7E5B08" w:rsidR="003473A6" w:rsidRDefault="00000000">
      <w:r>
        <w:t>Enter brief responses.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05"/>
        <w:gridCol w:w="1980"/>
        <w:gridCol w:w="4410"/>
        <w:gridCol w:w="1350"/>
        <w:gridCol w:w="5845"/>
      </w:tblGrid>
      <w:tr w:rsidR="002D7630" w:rsidRPr="002D7630" w14:paraId="2F6FE52A" w14:textId="77777777" w:rsidTr="00B55038">
        <w:tc>
          <w:tcPr>
            <w:tcW w:w="805" w:type="dxa"/>
          </w:tcPr>
          <w:p w14:paraId="4722D875" w14:textId="37FFA6D7" w:rsidR="002D7630" w:rsidRPr="002D7630" w:rsidRDefault="002D7630" w:rsidP="002D7630">
            <w:pPr>
              <w:jc w:val="center"/>
              <w:rPr>
                <w:b/>
                <w:bCs/>
              </w:rPr>
            </w:pPr>
            <w:r w:rsidRPr="002D7630">
              <w:rPr>
                <w:b/>
                <w:bCs/>
              </w:rPr>
              <w:t>Unit #</w:t>
            </w:r>
          </w:p>
        </w:tc>
        <w:tc>
          <w:tcPr>
            <w:tcW w:w="1980" w:type="dxa"/>
          </w:tcPr>
          <w:p w14:paraId="1ED6EAE8" w14:textId="4269BB07" w:rsidR="002D7630" w:rsidRPr="002D7630" w:rsidRDefault="002D7630">
            <w:pPr>
              <w:rPr>
                <w:b/>
                <w:bCs/>
              </w:rPr>
            </w:pPr>
            <w:r w:rsidRPr="002D7630">
              <w:rPr>
                <w:b/>
                <w:bCs/>
              </w:rPr>
              <w:t>Assignment</w:t>
            </w:r>
          </w:p>
        </w:tc>
        <w:tc>
          <w:tcPr>
            <w:tcW w:w="4410" w:type="dxa"/>
          </w:tcPr>
          <w:p w14:paraId="35FE770F" w14:textId="2B682184" w:rsidR="002D7630" w:rsidRPr="002D7630" w:rsidRDefault="00B55038">
            <w:pPr>
              <w:rPr>
                <w:b/>
                <w:bCs/>
              </w:rPr>
            </w:pPr>
            <w:r>
              <w:rPr>
                <w:b/>
                <w:bCs/>
              </w:rPr>
              <w:t>Assignment prompt</w:t>
            </w:r>
          </w:p>
        </w:tc>
        <w:tc>
          <w:tcPr>
            <w:tcW w:w="1350" w:type="dxa"/>
          </w:tcPr>
          <w:p w14:paraId="7E2A5DCD" w14:textId="45D800CC" w:rsidR="002D7630" w:rsidRPr="002D7630" w:rsidRDefault="00B55038">
            <w:pPr>
              <w:rPr>
                <w:b/>
                <w:bCs/>
              </w:rPr>
            </w:pPr>
            <w:r>
              <w:rPr>
                <w:b/>
                <w:bCs/>
              </w:rPr>
              <w:t>AI-CAM Level</w:t>
            </w:r>
          </w:p>
        </w:tc>
        <w:tc>
          <w:tcPr>
            <w:tcW w:w="5845" w:type="dxa"/>
          </w:tcPr>
          <w:p w14:paraId="3A5D7C22" w14:textId="4767E47F" w:rsidR="002D7630" w:rsidRPr="002D7630" w:rsidRDefault="00B55038">
            <w:pPr>
              <w:rPr>
                <w:b/>
                <w:bCs/>
              </w:rPr>
            </w:pPr>
            <w:r>
              <w:rPr>
                <w:b/>
                <w:bCs/>
              </w:rPr>
              <w:t>Rationale</w:t>
            </w:r>
          </w:p>
        </w:tc>
      </w:tr>
      <w:tr w:rsidR="002D7630" w14:paraId="443FB189" w14:textId="77777777" w:rsidTr="00B55038">
        <w:tc>
          <w:tcPr>
            <w:tcW w:w="805" w:type="dxa"/>
          </w:tcPr>
          <w:p w14:paraId="72B75AAA" w14:textId="727E761A" w:rsidR="002D7630" w:rsidRDefault="002D7630" w:rsidP="002D7630">
            <w:pPr>
              <w:jc w:val="center"/>
            </w:pPr>
            <w:r>
              <w:t>1</w:t>
            </w:r>
          </w:p>
        </w:tc>
        <w:tc>
          <w:tcPr>
            <w:tcW w:w="1980" w:type="dxa"/>
          </w:tcPr>
          <w:p w14:paraId="7F1E26DD" w14:textId="523E14A7" w:rsidR="002D7630" w:rsidRDefault="002D7630">
            <w:r>
              <w:t>Enter Unit topic(s)</w:t>
            </w:r>
          </w:p>
        </w:tc>
        <w:tc>
          <w:tcPr>
            <w:tcW w:w="4410" w:type="dxa"/>
          </w:tcPr>
          <w:p w14:paraId="42C5D6E9" w14:textId="77777777" w:rsidR="002D7630" w:rsidRDefault="002D7630"/>
        </w:tc>
        <w:tc>
          <w:tcPr>
            <w:tcW w:w="1350" w:type="dxa"/>
          </w:tcPr>
          <w:p w14:paraId="3AD26E67" w14:textId="77777777" w:rsidR="002D7630" w:rsidRDefault="002D7630"/>
        </w:tc>
        <w:tc>
          <w:tcPr>
            <w:tcW w:w="5845" w:type="dxa"/>
          </w:tcPr>
          <w:p w14:paraId="35E24361" w14:textId="77777777" w:rsidR="002D7630" w:rsidRDefault="002D7630"/>
        </w:tc>
      </w:tr>
      <w:tr w:rsidR="002D7630" w14:paraId="6A62E297" w14:textId="77777777" w:rsidTr="00B55038">
        <w:tc>
          <w:tcPr>
            <w:tcW w:w="805" w:type="dxa"/>
          </w:tcPr>
          <w:p w14:paraId="5A8AB1AE" w14:textId="77777777" w:rsidR="002D7630" w:rsidRDefault="002D7630" w:rsidP="002D7630">
            <w:pPr>
              <w:jc w:val="center"/>
            </w:pPr>
          </w:p>
        </w:tc>
        <w:tc>
          <w:tcPr>
            <w:tcW w:w="1980" w:type="dxa"/>
          </w:tcPr>
          <w:p w14:paraId="15CF430B" w14:textId="37F52356" w:rsidR="002D7630" w:rsidRDefault="002D7630">
            <w:r>
              <w:t>Discussion 1</w:t>
            </w:r>
          </w:p>
        </w:tc>
        <w:tc>
          <w:tcPr>
            <w:tcW w:w="4410" w:type="dxa"/>
          </w:tcPr>
          <w:p w14:paraId="4B4BC6E0" w14:textId="77777777" w:rsidR="002D7630" w:rsidRDefault="002D7630"/>
        </w:tc>
        <w:tc>
          <w:tcPr>
            <w:tcW w:w="1350" w:type="dxa"/>
          </w:tcPr>
          <w:p w14:paraId="35195CF6" w14:textId="77777777" w:rsidR="002D7630" w:rsidRDefault="002D7630"/>
        </w:tc>
        <w:tc>
          <w:tcPr>
            <w:tcW w:w="5845" w:type="dxa"/>
          </w:tcPr>
          <w:p w14:paraId="29101E30" w14:textId="77777777" w:rsidR="002D7630" w:rsidRDefault="002D7630"/>
        </w:tc>
      </w:tr>
      <w:tr w:rsidR="002D7630" w14:paraId="28D27A1C" w14:textId="77777777" w:rsidTr="00B55038">
        <w:tc>
          <w:tcPr>
            <w:tcW w:w="805" w:type="dxa"/>
          </w:tcPr>
          <w:p w14:paraId="6E9B9BCF" w14:textId="77777777" w:rsidR="002D7630" w:rsidRDefault="002D7630" w:rsidP="002D7630">
            <w:pPr>
              <w:jc w:val="center"/>
            </w:pPr>
          </w:p>
        </w:tc>
        <w:tc>
          <w:tcPr>
            <w:tcW w:w="1980" w:type="dxa"/>
          </w:tcPr>
          <w:p w14:paraId="62B5560C" w14:textId="5A7557D8" w:rsidR="002D7630" w:rsidRDefault="002D7630">
            <w:r>
              <w:t>Discussion 2</w:t>
            </w:r>
          </w:p>
        </w:tc>
        <w:tc>
          <w:tcPr>
            <w:tcW w:w="4410" w:type="dxa"/>
          </w:tcPr>
          <w:p w14:paraId="61B30251" w14:textId="77777777" w:rsidR="002D7630" w:rsidRDefault="002D7630"/>
        </w:tc>
        <w:tc>
          <w:tcPr>
            <w:tcW w:w="1350" w:type="dxa"/>
          </w:tcPr>
          <w:p w14:paraId="2B6CD636" w14:textId="77777777" w:rsidR="002D7630" w:rsidRDefault="002D7630"/>
        </w:tc>
        <w:tc>
          <w:tcPr>
            <w:tcW w:w="5845" w:type="dxa"/>
          </w:tcPr>
          <w:p w14:paraId="0962A7F8" w14:textId="77777777" w:rsidR="002D7630" w:rsidRDefault="002D7630"/>
        </w:tc>
      </w:tr>
      <w:tr w:rsidR="002D7630" w14:paraId="26D48A96" w14:textId="77777777" w:rsidTr="00B55038">
        <w:tc>
          <w:tcPr>
            <w:tcW w:w="805" w:type="dxa"/>
          </w:tcPr>
          <w:p w14:paraId="2DA353AC" w14:textId="77777777" w:rsidR="002D7630" w:rsidRDefault="002D7630" w:rsidP="002D7630">
            <w:pPr>
              <w:jc w:val="center"/>
            </w:pPr>
          </w:p>
        </w:tc>
        <w:tc>
          <w:tcPr>
            <w:tcW w:w="1980" w:type="dxa"/>
          </w:tcPr>
          <w:p w14:paraId="6DCDBC9B" w14:textId="1890F0A8" w:rsidR="002D7630" w:rsidRDefault="002D7630">
            <w:r>
              <w:t>Writing Assignment 1</w:t>
            </w:r>
          </w:p>
        </w:tc>
        <w:tc>
          <w:tcPr>
            <w:tcW w:w="4410" w:type="dxa"/>
          </w:tcPr>
          <w:p w14:paraId="08C97F52" w14:textId="77777777" w:rsidR="002D7630" w:rsidRDefault="002D7630"/>
        </w:tc>
        <w:tc>
          <w:tcPr>
            <w:tcW w:w="1350" w:type="dxa"/>
          </w:tcPr>
          <w:p w14:paraId="35262DC1" w14:textId="77777777" w:rsidR="002D7630" w:rsidRDefault="002D7630"/>
        </w:tc>
        <w:tc>
          <w:tcPr>
            <w:tcW w:w="5845" w:type="dxa"/>
          </w:tcPr>
          <w:p w14:paraId="14B60B19" w14:textId="77777777" w:rsidR="002D7630" w:rsidRDefault="002D7630"/>
        </w:tc>
      </w:tr>
      <w:tr w:rsidR="002D7630" w14:paraId="1B3402CD" w14:textId="77777777" w:rsidTr="00B55038">
        <w:tc>
          <w:tcPr>
            <w:tcW w:w="805" w:type="dxa"/>
          </w:tcPr>
          <w:p w14:paraId="42D5616D" w14:textId="77777777" w:rsidR="002D7630" w:rsidRDefault="002D7630" w:rsidP="002D7630">
            <w:pPr>
              <w:jc w:val="center"/>
            </w:pPr>
          </w:p>
        </w:tc>
        <w:tc>
          <w:tcPr>
            <w:tcW w:w="1980" w:type="dxa"/>
          </w:tcPr>
          <w:p w14:paraId="0F0770A3" w14:textId="45DBC147" w:rsidR="002D7630" w:rsidRDefault="002D7630">
            <w:r>
              <w:t>Other (as needed)</w:t>
            </w:r>
          </w:p>
        </w:tc>
        <w:tc>
          <w:tcPr>
            <w:tcW w:w="4410" w:type="dxa"/>
          </w:tcPr>
          <w:p w14:paraId="2B78CF1E" w14:textId="77777777" w:rsidR="002D7630" w:rsidRDefault="002D7630"/>
        </w:tc>
        <w:tc>
          <w:tcPr>
            <w:tcW w:w="1350" w:type="dxa"/>
          </w:tcPr>
          <w:p w14:paraId="54AE8AB0" w14:textId="77777777" w:rsidR="002D7630" w:rsidRDefault="002D7630"/>
        </w:tc>
        <w:tc>
          <w:tcPr>
            <w:tcW w:w="5845" w:type="dxa"/>
          </w:tcPr>
          <w:p w14:paraId="470B6524" w14:textId="77777777" w:rsidR="002D7630" w:rsidRDefault="002D7630"/>
        </w:tc>
      </w:tr>
      <w:tr w:rsidR="002D7630" w14:paraId="185B6CFE" w14:textId="77777777" w:rsidTr="00B55038">
        <w:tc>
          <w:tcPr>
            <w:tcW w:w="805" w:type="dxa"/>
          </w:tcPr>
          <w:p w14:paraId="355C3B74" w14:textId="30489BA8" w:rsidR="002D7630" w:rsidRDefault="002D7630" w:rsidP="002D7630">
            <w:pPr>
              <w:jc w:val="center"/>
            </w:pPr>
          </w:p>
        </w:tc>
        <w:tc>
          <w:tcPr>
            <w:tcW w:w="1980" w:type="dxa"/>
          </w:tcPr>
          <w:p w14:paraId="2E61A7D6" w14:textId="495A8261" w:rsidR="002D7630" w:rsidRDefault="002D7630" w:rsidP="002D7630"/>
        </w:tc>
        <w:tc>
          <w:tcPr>
            <w:tcW w:w="4410" w:type="dxa"/>
          </w:tcPr>
          <w:p w14:paraId="73707649" w14:textId="77777777" w:rsidR="002D7630" w:rsidRDefault="002D7630" w:rsidP="002D7630"/>
        </w:tc>
        <w:tc>
          <w:tcPr>
            <w:tcW w:w="1350" w:type="dxa"/>
          </w:tcPr>
          <w:p w14:paraId="3C76BB8A" w14:textId="77777777" w:rsidR="002D7630" w:rsidRDefault="002D7630" w:rsidP="002D7630"/>
        </w:tc>
        <w:tc>
          <w:tcPr>
            <w:tcW w:w="5845" w:type="dxa"/>
          </w:tcPr>
          <w:p w14:paraId="32058210" w14:textId="77777777" w:rsidR="002D7630" w:rsidRDefault="002D7630" w:rsidP="002D7630"/>
        </w:tc>
      </w:tr>
      <w:tr w:rsidR="001B6740" w14:paraId="66A9BF73" w14:textId="77777777" w:rsidTr="00B55038">
        <w:tc>
          <w:tcPr>
            <w:tcW w:w="805" w:type="dxa"/>
          </w:tcPr>
          <w:p w14:paraId="06710333" w14:textId="22A0561F" w:rsidR="001B6740" w:rsidRDefault="001B6740" w:rsidP="001B6740">
            <w:pPr>
              <w:jc w:val="center"/>
            </w:pPr>
            <w:r>
              <w:t>2</w:t>
            </w:r>
          </w:p>
        </w:tc>
        <w:tc>
          <w:tcPr>
            <w:tcW w:w="1980" w:type="dxa"/>
          </w:tcPr>
          <w:p w14:paraId="38947479" w14:textId="7C14B95A" w:rsidR="001B6740" w:rsidRDefault="001B6740" w:rsidP="001B6740">
            <w:r>
              <w:t>Enter Unit topic(s)</w:t>
            </w:r>
          </w:p>
        </w:tc>
        <w:tc>
          <w:tcPr>
            <w:tcW w:w="4410" w:type="dxa"/>
          </w:tcPr>
          <w:p w14:paraId="32452198" w14:textId="77777777" w:rsidR="001B6740" w:rsidRDefault="001B6740" w:rsidP="001B6740"/>
        </w:tc>
        <w:tc>
          <w:tcPr>
            <w:tcW w:w="1350" w:type="dxa"/>
          </w:tcPr>
          <w:p w14:paraId="2126A3AE" w14:textId="77777777" w:rsidR="001B6740" w:rsidRDefault="001B6740" w:rsidP="001B6740"/>
        </w:tc>
        <w:tc>
          <w:tcPr>
            <w:tcW w:w="5845" w:type="dxa"/>
          </w:tcPr>
          <w:p w14:paraId="62620D6B" w14:textId="77777777" w:rsidR="001B6740" w:rsidRDefault="001B6740" w:rsidP="001B6740"/>
        </w:tc>
      </w:tr>
      <w:tr w:rsidR="001B6740" w14:paraId="4385C81B" w14:textId="77777777" w:rsidTr="00B55038">
        <w:tc>
          <w:tcPr>
            <w:tcW w:w="805" w:type="dxa"/>
          </w:tcPr>
          <w:p w14:paraId="2EA8F4EF" w14:textId="77777777" w:rsidR="001B6740" w:rsidRDefault="001B6740" w:rsidP="001B6740">
            <w:pPr>
              <w:jc w:val="center"/>
            </w:pPr>
          </w:p>
        </w:tc>
        <w:tc>
          <w:tcPr>
            <w:tcW w:w="1980" w:type="dxa"/>
          </w:tcPr>
          <w:p w14:paraId="22C93F28" w14:textId="4217A695" w:rsidR="001B6740" w:rsidRDefault="001B6740" w:rsidP="001B6740">
            <w:r>
              <w:t>Discussion 1</w:t>
            </w:r>
          </w:p>
        </w:tc>
        <w:tc>
          <w:tcPr>
            <w:tcW w:w="4410" w:type="dxa"/>
          </w:tcPr>
          <w:p w14:paraId="1D889C34" w14:textId="77777777" w:rsidR="001B6740" w:rsidRDefault="001B6740" w:rsidP="001B6740"/>
        </w:tc>
        <w:tc>
          <w:tcPr>
            <w:tcW w:w="1350" w:type="dxa"/>
          </w:tcPr>
          <w:p w14:paraId="1CDD32FC" w14:textId="77777777" w:rsidR="001B6740" w:rsidRDefault="001B6740" w:rsidP="001B6740"/>
        </w:tc>
        <w:tc>
          <w:tcPr>
            <w:tcW w:w="5845" w:type="dxa"/>
          </w:tcPr>
          <w:p w14:paraId="6CF9BAF2" w14:textId="77777777" w:rsidR="001B6740" w:rsidRDefault="001B6740" w:rsidP="001B6740"/>
        </w:tc>
      </w:tr>
      <w:tr w:rsidR="001B6740" w14:paraId="3429FE97" w14:textId="77777777" w:rsidTr="00B55038">
        <w:tc>
          <w:tcPr>
            <w:tcW w:w="805" w:type="dxa"/>
          </w:tcPr>
          <w:p w14:paraId="7E5A86C0" w14:textId="77777777" w:rsidR="001B6740" w:rsidRDefault="001B6740" w:rsidP="001B6740">
            <w:pPr>
              <w:jc w:val="center"/>
            </w:pPr>
          </w:p>
        </w:tc>
        <w:tc>
          <w:tcPr>
            <w:tcW w:w="1980" w:type="dxa"/>
          </w:tcPr>
          <w:p w14:paraId="71F076DF" w14:textId="205E89C2" w:rsidR="001B6740" w:rsidRDefault="001B6740" w:rsidP="001B6740">
            <w:r>
              <w:t>Discussion 2</w:t>
            </w:r>
          </w:p>
        </w:tc>
        <w:tc>
          <w:tcPr>
            <w:tcW w:w="4410" w:type="dxa"/>
          </w:tcPr>
          <w:p w14:paraId="310D446B" w14:textId="77777777" w:rsidR="001B6740" w:rsidRDefault="001B6740" w:rsidP="001B6740"/>
        </w:tc>
        <w:tc>
          <w:tcPr>
            <w:tcW w:w="1350" w:type="dxa"/>
          </w:tcPr>
          <w:p w14:paraId="65069D01" w14:textId="77777777" w:rsidR="001B6740" w:rsidRDefault="001B6740" w:rsidP="001B6740"/>
        </w:tc>
        <w:tc>
          <w:tcPr>
            <w:tcW w:w="5845" w:type="dxa"/>
          </w:tcPr>
          <w:p w14:paraId="49C20AED" w14:textId="77777777" w:rsidR="001B6740" w:rsidRDefault="001B6740" w:rsidP="001B6740"/>
        </w:tc>
      </w:tr>
      <w:tr w:rsidR="001B6740" w14:paraId="741A83E6" w14:textId="77777777" w:rsidTr="00B55038">
        <w:tc>
          <w:tcPr>
            <w:tcW w:w="805" w:type="dxa"/>
          </w:tcPr>
          <w:p w14:paraId="4A18AE30" w14:textId="77777777" w:rsidR="001B6740" w:rsidRDefault="001B6740" w:rsidP="001B6740">
            <w:pPr>
              <w:jc w:val="center"/>
            </w:pPr>
          </w:p>
        </w:tc>
        <w:tc>
          <w:tcPr>
            <w:tcW w:w="1980" w:type="dxa"/>
          </w:tcPr>
          <w:p w14:paraId="2FDF3E48" w14:textId="65D792F8" w:rsidR="001B6740" w:rsidRDefault="001B6740" w:rsidP="001B6740">
            <w:r>
              <w:t>Writing Assignment 1</w:t>
            </w:r>
          </w:p>
        </w:tc>
        <w:tc>
          <w:tcPr>
            <w:tcW w:w="4410" w:type="dxa"/>
          </w:tcPr>
          <w:p w14:paraId="226517A4" w14:textId="77777777" w:rsidR="001B6740" w:rsidRDefault="001B6740" w:rsidP="001B6740"/>
        </w:tc>
        <w:tc>
          <w:tcPr>
            <w:tcW w:w="1350" w:type="dxa"/>
          </w:tcPr>
          <w:p w14:paraId="1B48ACFF" w14:textId="77777777" w:rsidR="001B6740" w:rsidRDefault="001B6740" w:rsidP="001B6740"/>
        </w:tc>
        <w:tc>
          <w:tcPr>
            <w:tcW w:w="5845" w:type="dxa"/>
          </w:tcPr>
          <w:p w14:paraId="4E2171E0" w14:textId="77777777" w:rsidR="001B6740" w:rsidRDefault="001B6740" w:rsidP="001B6740"/>
        </w:tc>
      </w:tr>
      <w:tr w:rsidR="001B6740" w14:paraId="5CBA037D" w14:textId="77777777" w:rsidTr="00B55038">
        <w:tc>
          <w:tcPr>
            <w:tcW w:w="805" w:type="dxa"/>
          </w:tcPr>
          <w:p w14:paraId="3843137A" w14:textId="4E7CB16A" w:rsidR="001B6740" w:rsidRDefault="001B6740" w:rsidP="001B6740">
            <w:pPr>
              <w:jc w:val="center"/>
            </w:pPr>
          </w:p>
        </w:tc>
        <w:tc>
          <w:tcPr>
            <w:tcW w:w="1980" w:type="dxa"/>
          </w:tcPr>
          <w:p w14:paraId="004F1228" w14:textId="1A2E167A" w:rsidR="001B6740" w:rsidRDefault="001B6740" w:rsidP="001B6740">
            <w:r>
              <w:t>Other (as needed)</w:t>
            </w:r>
          </w:p>
        </w:tc>
        <w:tc>
          <w:tcPr>
            <w:tcW w:w="4410" w:type="dxa"/>
          </w:tcPr>
          <w:p w14:paraId="74782C0B" w14:textId="77777777" w:rsidR="001B6740" w:rsidRDefault="001B6740" w:rsidP="001B6740"/>
        </w:tc>
        <w:tc>
          <w:tcPr>
            <w:tcW w:w="1350" w:type="dxa"/>
          </w:tcPr>
          <w:p w14:paraId="413EA5F2" w14:textId="77777777" w:rsidR="001B6740" w:rsidRDefault="001B6740" w:rsidP="001B6740"/>
        </w:tc>
        <w:tc>
          <w:tcPr>
            <w:tcW w:w="5845" w:type="dxa"/>
          </w:tcPr>
          <w:p w14:paraId="1B711832" w14:textId="77777777" w:rsidR="001B6740" w:rsidRDefault="001B6740" w:rsidP="001B6740"/>
        </w:tc>
      </w:tr>
      <w:tr w:rsidR="001B6740" w14:paraId="66DF9BF4" w14:textId="77777777" w:rsidTr="00B55038">
        <w:tc>
          <w:tcPr>
            <w:tcW w:w="805" w:type="dxa"/>
          </w:tcPr>
          <w:p w14:paraId="18CAAA5A" w14:textId="51FCFCAB" w:rsidR="001B6740" w:rsidRDefault="001B6740" w:rsidP="001B6740">
            <w:pPr>
              <w:jc w:val="center"/>
            </w:pPr>
          </w:p>
        </w:tc>
        <w:tc>
          <w:tcPr>
            <w:tcW w:w="1980" w:type="dxa"/>
          </w:tcPr>
          <w:p w14:paraId="31F5EDFA" w14:textId="387DED14" w:rsidR="001B6740" w:rsidRDefault="001B6740" w:rsidP="001B6740"/>
        </w:tc>
        <w:tc>
          <w:tcPr>
            <w:tcW w:w="4410" w:type="dxa"/>
          </w:tcPr>
          <w:p w14:paraId="42B75AE6" w14:textId="77777777" w:rsidR="001B6740" w:rsidRDefault="001B6740" w:rsidP="001B6740"/>
        </w:tc>
        <w:tc>
          <w:tcPr>
            <w:tcW w:w="1350" w:type="dxa"/>
          </w:tcPr>
          <w:p w14:paraId="0F27038C" w14:textId="77777777" w:rsidR="001B6740" w:rsidRDefault="001B6740" w:rsidP="001B6740"/>
        </w:tc>
        <w:tc>
          <w:tcPr>
            <w:tcW w:w="5845" w:type="dxa"/>
          </w:tcPr>
          <w:p w14:paraId="66BFCB1A" w14:textId="77777777" w:rsidR="001B6740" w:rsidRDefault="001B6740" w:rsidP="001B6740"/>
        </w:tc>
      </w:tr>
      <w:tr w:rsidR="001B6740" w14:paraId="7A47EA89" w14:textId="77777777" w:rsidTr="00B55038">
        <w:tc>
          <w:tcPr>
            <w:tcW w:w="805" w:type="dxa"/>
          </w:tcPr>
          <w:p w14:paraId="2B6ED4FB" w14:textId="75210CC0" w:rsidR="001B6740" w:rsidRDefault="001B6740" w:rsidP="001B6740">
            <w:pPr>
              <w:jc w:val="center"/>
            </w:pPr>
            <w:r>
              <w:t>3</w:t>
            </w:r>
          </w:p>
        </w:tc>
        <w:tc>
          <w:tcPr>
            <w:tcW w:w="1980" w:type="dxa"/>
          </w:tcPr>
          <w:p w14:paraId="55ED65E4" w14:textId="0FF31811" w:rsidR="001B6740" w:rsidRDefault="001B6740" w:rsidP="001B6740">
            <w:r>
              <w:t>Enter Unit topic(s)</w:t>
            </w:r>
          </w:p>
        </w:tc>
        <w:tc>
          <w:tcPr>
            <w:tcW w:w="4410" w:type="dxa"/>
          </w:tcPr>
          <w:p w14:paraId="0F6ACB53" w14:textId="77777777" w:rsidR="001B6740" w:rsidRDefault="001B6740" w:rsidP="001B6740"/>
        </w:tc>
        <w:tc>
          <w:tcPr>
            <w:tcW w:w="1350" w:type="dxa"/>
          </w:tcPr>
          <w:p w14:paraId="0F06ED6C" w14:textId="77777777" w:rsidR="001B6740" w:rsidRDefault="001B6740" w:rsidP="001B6740"/>
        </w:tc>
        <w:tc>
          <w:tcPr>
            <w:tcW w:w="5845" w:type="dxa"/>
          </w:tcPr>
          <w:p w14:paraId="17CEF98A" w14:textId="77777777" w:rsidR="001B6740" w:rsidRDefault="001B6740" w:rsidP="001B6740"/>
        </w:tc>
      </w:tr>
      <w:tr w:rsidR="001B6740" w14:paraId="2DD44670" w14:textId="77777777" w:rsidTr="00B55038">
        <w:tc>
          <w:tcPr>
            <w:tcW w:w="805" w:type="dxa"/>
          </w:tcPr>
          <w:p w14:paraId="33FD8DF2" w14:textId="77777777" w:rsidR="001B6740" w:rsidRDefault="001B6740" w:rsidP="001B6740">
            <w:pPr>
              <w:jc w:val="center"/>
            </w:pPr>
          </w:p>
        </w:tc>
        <w:tc>
          <w:tcPr>
            <w:tcW w:w="1980" w:type="dxa"/>
          </w:tcPr>
          <w:p w14:paraId="213B4047" w14:textId="7BEEF074" w:rsidR="001B6740" w:rsidRDefault="001B6740" w:rsidP="001B6740">
            <w:r>
              <w:t>Discussion 1</w:t>
            </w:r>
          </w:p>
        </w:tc>
        <w:tc>
          <w:tcPr>
            <w:tcW w:w="4410" w:type="dxa"/>
          </w:tcPr>
          <w:p w14:paraId="791DA294" w14:textId="77777777" w:rsidR="001B6740" w:rsidRDefault="001B6740" w:rsidP="001B6740"/>
        </w:tc>
        <w:tc>
          <w:tcPr>
            <w:tcW w:w="1350" w:type="dxa"/>
          </w:tcPr>
          <w:p w14:paraId="00F31037" w14:textId="77777777" w:rsidR="001B6740" w:rsidRDefault="001B6740" w:rsidP="001B6740"/>
        </w:tc>
        <w:tc>
          <w:tcPr>
            <w:tcW w:w="5845" w:type="dxa"/>
          </w:tcPr>
          <w:p w14:paraId="07C1B89E" w14:textId="77777777" w:rsidR="001B6740" w:rsidRDefault="001B6740" w:rsidP="001B6740"/>
        </w:tc>
      </w:tr>
      <w:tr w:rsidR="001B6740" w14:paraId="4D79681D" w14:textId="77777777" w:rsidTr="00B55038">
        <w:tc>
          <w:tcPr>
            <w:tcW w:w="805" w:type="dxa"/>
          </w:tcPr>
          <w:p w14:paraId="439F0F24" w14:textId="77777777" w:rsidR="001B6740" w:rsidRDefault="001B6740" w:rsidP="001B6740">
            <w:pPr>
              <w:jc w:val="center"/>
            </w:pPr>
          </w:p>
        </w:tc>
        <w:tc>
          <w:tcPr>
            <w:tcW w:w="1980" w:type="dxa"/>
          </w:tcPr>
          <w:p w14:paraId="4814AF1B" w14:textId="188B9FC2" w:rsidR="001B6740" w:rsidRDefault="001B6740" w:rsidP="001B6740">
            <w:r>
              <w:t>Discussion 2</w:t>
            </w:r>
          </w:p>
        </w:tc>
        <w:tc>
          <w:tcPr>
            <w:tcW w:w="4410" w:type="dxa"/>
          </w:tcPr>
          <w:p w14:paraId="5C8E8ADB" w14:textId="77777777" w:rsidR="001B6740" w:rsidRDefault="001B6740" w:rsidP="001B6740"/>
        </w:tc>
        <w:tc>
          <w:tcPr>
            <w:tcW w:w="1350" w:type="dxa"/>
          </w:tcPr>
          <w:p w14:paraId="6371CA8C" w14:textId="77777777" w:rsidR="001B6740" w:rsidRDefault="001B6740" w:rsidP="001B6740"/>
        </w:tc>
        <w:tc>
          <w:tcPr>
            <w:tcW w:w="5845" w:type="dxa"/>
          </w:tcPr>
          <w:p w14:paraId="1F7458A5" w14:textId="77777777" w:rsidR="001B6740" w:rsidRDefault="001B6740" w:rsidP="001B6740"/>
        </w:tc>
      </w:tr>
      <w:tr w:rsidR="001B6740" w14:paraId="3BE71396" w14:textId="77777777" w:rsidTr="00B55038">
        <w:tc>
          <w:tcPr>
            <w:tcW w:w="805" w:type="dxa"/>
          </w:tcPr>
          <w:p w14:paraId="5484C70C" w14:textId="26FE2CBC" w:rsidR="001B6740" w:rsidRDefault="001B6740" w:rsidP="001B6740">
            <w:pPr>
              <w:jc w:val="center"/>
            </w:pPr>
          </w:p>
        </w:tc>
        <w:tc>
          <w:tcPr>
            <w:tcW w:w="1980" w:type="dxa"/>
          </w:tcPr>
          <w:p w14:paraId="04D4EFA1" w14:textId="3F7C94A4" w:rsidR="001B6740" w:rsidRDefault="001B6740" w:rsidP="001B6740">
            <w:r>
              <w:t>Writing Assignment 1</w:t>
            </w:r>
          </w:p>
        </w:tc>
        <w:tc>
          <w:tcPr>
            <w:tcW w:w="4410" w:type="dxa"/>
          </w:tcPr>
          <w:p w14:paraId="77F9A5E9" w14:textId="77777777" w:rsidR="001B6740" w:rsidRDefault="001B6740" w:rsidP="001B6740"/>
        </w:tc>
        <w:tc>
          <w:tcPr>
            <w:tcW w:w="1350" w:type="dxa"/>
          </w:tcPr>
          <w:p w14:paraId="3F5EE537" w14:textId="77777777" w:rsidR="001B6740" w:rsidRDefault="001B6740" w:rsidP="001B6740"/>
        </w:tc>
        <w:tc>
          <w:tcPr>
            <w:tcW w:w="5845" w:type="dxa"/>
          </w:tcPr>
          <w:p w14:paraId="368C3557" w14:textId="77777777" w:rsidR="001B6740" w:rsidRDefault="001B6740" w:rsidP="001B6740"/>
        </w:tc>
      </w:tr>
      <w:tr w:rsidR="001B6740" w14:paraId="6CFF54A0" w14:textId="77777777" w:rsidTr="00B55038">
        <w:tc>
          <w:tcPr>
            <w:tcW w:w="805" w:type="dxa"/>
          </w:tcPr>
          <w:p w14:paraId="2AE73830" w14:textId="4F4A1311" w:rsidR="001B6740" w:rsidRDefault="001B6740" w:rsidP="001B6740">
            <w:pPr>
              <w:jc w:val="center"/>
            </w:pPr>
          </w:p>
        </w:tc>
        <w:tc>
          <w:tcPr>
            <w:tcW w:w="1980" w:type="dxa"/>
          </w:tcPr>
          <w:p w14:paraId="036342FD" w14:textId="295F3624" w:rsidR="001B6740" w:rsidRDefault="001B6740" w:rsidP="001B6740">
            <w:r>
              <w:t>Other (as needed)</w:t>
            </w:r>
          </w:p>
        </w:tc>
        <w:tc>
          <w:tcPr>
            <w:tcW w:w="4410" w:type="dxa"/>
          </w:tcPr>
          <w:p w14:paraId="120D8435" w14:textId="77777777" w:rsidR="001B6740" w:rsidRDefault="001B6740" w:rsidP="001B6740"/>
        </w:tc>
        <w:tc>
          <w:tcPr>
            <w:tcW w:w="1350" w:type="dxa"/>
          </w:tcPr>
          <w:p w14:paraId="2B95A3BF" w14:textId="77777777" w:rsidR="001B6740" w:rsidRDefault="001B6740" w:rsidP="001B6740"/>
        </w:tc>
        <w:tc>
          <w:tcPr>
            <w:tcW w:w="5845" w:type="dxa"/>
          </w:tcPr>
          <w:p w14:paraId="26B79C99" w14:textId="77777777" w:rsidR="001B6740" w:rsidRDefault="001B6740" w:rsidP="001B6740"/>
        </w:tc>
      </w:tr>
      <w:tr w:rsidR="001B6740" w14:paraId="51FC45A0" w14:textId="77777777" w:rsidTr="00B55038">
        <w:tc>
          <w:tcPr>
            <w:tcW w:w="805" w:type="dxa"/>
          </w:tcPr>
          <w:p w14:paraId="1A5E5D10" w14:textId="44F09923" w:rsidR="001B6740" w:rsidRDefault="001B6740" w:rsidP="001B6740">
            <w:pPr>
              <w:jc w:val="center"/>
            </w:pPr>
          </w:p>
        </w:tc>
        <w:tc>
          <w:tcPr>
            <w:tcW w:w="1980" w:type="dxa"/>
          </w:tcPr>
          <w:p w14:paraId="3124E7AF" w14:textId="71AAEA6F" w:rsidR="001B6740" w:rsidRDefault="001B6740" w:rsidP="001B6740"/>
        </w:tc>
        <w:tc>
          <w:tcPr>
            <w:tcW w:w="4410" w:type="dxa"/>
          </w:tcPr>
          <w:p w14:paraId="6FD8F93E" w14:textId="77777777" w:rsidR="001B6740" w:rsidRDefault="001B6740" w:rsidP="001B6740"/>
        </w:tc>
        <w:tc>
          <w:tcPr>
            <w:tcW w:w="1350" w:type="dxa"/>
          </w:tcPr>
          <w:p w14:paraId="71DEA31A" w14:textId="77777777" w:rsidR="001B6740" w:rsidRDefault="001B6740" w:rsidP="001B6740"/>
        </w:tc>
        <w:tc>
          <w:tcPr>
            <w:tcW w:w="5845" w:type="dxa"/>
          </w:tcPr>
          <w:p w14:paraId="052405B9" w14:textId="77777777" w:rsidR="001B6740" w:rsidRDefault="001B6740" w:rsidP="001B6740"/>
        </w:tc>
      </w:tr>
      <w:tr w:rsidR="001B6740" w14:paraId="1615CEB6" w14:textId="77777777" w:rsidTr="00B55038">
        <w:tc>
          <w:tcPr>
            <w:tcW w:w="805" w:type="dxa"/>
          </w:tcPr>
          <w:p w14:paraId="5607E689" w14:textId="25933551" w:rsidR="001B6740" w:rsidRDefault="001B6740" w:rsidP="001B6740">
            <w:pPr>
              <w:jc w:val="center"/>
            </w:pPr>
          </w:p>
        </w:tc>
        <w:tc>
          <w:tcPr>
            <w:tcW w:w="1980" w:type="dxa"/>
          </w:tcPr>
          <w:p w14:paraId="082406B1" w14:textId="19351C81" w:rsidR="001B6740" w:rsidRDefault="001B6740" w:rsidP="001B6740"/>
        </w:tc>
        <w:tc>
          <w:tcPr>
            <w:tcW w:w="4410" w:type="dxa"/>
          </w:tcPr>
          <w:p w14:paraId="69215D82" w14:textId="77777777" w:rsidR="001B6740" w:rsidRDefault="001B6740" w:rsidP="001B6740"/>
        </w:tc>
        <w:tc>
          <w:tcPr>
            <w:tcW w:w="1350" w:type="dxa"/>
          </w:tcPr>
          <w:p w14:paraId="400D40AF" w14:textId="77777777" w:rsidR="001B6740" w:rsidRDefault="001B6740" w:rsidP="001B6740"/>
        </w:tc>
        <w:tc>
          <w:tcPr>
            <w:tcW w:w="5845" w:type="dxa"/>
          </w:tcPr>
          <w:p w14:paraId="57774819" w14:textId="77777777" w:rsidR="001B6740" w:rsidRDefault="001B6740" w:rsidP="001B6740"/>
        </w:tc>
      </w:tr>
      <w:tr w:rsidR="001B6740" w14:paraId="4238BBB6" w14:textId="77777777" w:rsidTr="00B55038">
        <w:tc>
          <w:tcPr>
            <w:tcW w:w="805" w:type="dxa"/>
          </w:tcPr>
          <w:p w14:paraId="5DA7D79C" w14:textId="77777777" w:rsidR="001B6740" w:rsidRDefault="001B6740" w:rsidP="001B6740">
            <w:pPr>
              <w:jc w:val="center"/>
            </w:pPr>
          </w:p>
        </w:tc>
        <w:tc>
          <w:tcPr>
            <w:tcW w:w="1980" w:type="dxa"/>
          </w:tcPr>
          <w:p w14:paraId="0B075E0E" w14:textId="1B711D99" w:rsidR="001B6740" w:rsidRDefault="001B6740" w:rsidP="001B6740"/>
        </w:tc>
        <w:tc>
          <w:tcPr>
            <w:tcW w:w="4410" w:type="dxa"/>
          </w:tcPr>
          <w:p w14:paraId="34B00585" w14:textId="77777777" w:rsidR="001B6740" w:rsidRDefault="001B6740" w:rsidP="001B6740"/>
        </w:tc>
        <w:tc>
          <w:tcPr>
            <w:tcW w:w="1350" w:type="dxa"/>
          </w:tcPr>
          <w:p w14:paraId="5FD08F43" w14:textId="77777777" w:rsidR="001B6740" w:rsidRDefault="001B6740" w:rsidP="001B6740"/>
        </w:tc>
        <w:tc>
          <w:tcPr>
            <w:tcW w:w="5845" w:type="dxa"/>
          </w:tcPr>
          <w:p w14:paraId="5F14F646" w14:textId="77777777" w:rsidR="001B6740" w:rsidRDefault="001B6740" w:rsidP="001B6740"/>
        </w:tc>
      </w:tr>
      <w:tr w:rsidR="00603738" w:rsidRPr="002D7630" w14:paraId="3FB6DB5F" w14:textId="77777777" w:rsidTr="00FD36E4">
        <w:tc>
          <w:tcPr>
            <w:tcW w:w="805" w:type="dxa"/>
          </w:tcPr>
          <w:p w14:paraId="6B027C17" w14:textId="77777777" w:rsidR="00603738" w:rsidRPr="002D7630" w:rsidRDefault="00603738" w:rsidP="00FD36E4">
            <w:pPr>
              <w:jc w:val="center"/>
              <w:rPr>
                <w:b/>
                <w:bCs/>
              </w:rPr>
            </w:pPr>
            <w:r w:rsidRPr="002D7630">
              <w:rPr>
                <w:b/>
                <w:bCs/>
              </w:rPr>
              <w:lastRenderedPageBreak/>
              <w:t>Unit #</w:t>
            </w:r>
          </w:p>
        </w:tc>
        <w:tc>
          <w:tcPr>
            <w:tcW w:w="1980" w:type="dxa"/>
          </w:tcPr>
          <w:p w14:paraId="595F6F45" w14:textId="77777777" w:rsidR="00603738" w:rsidRPr="002D7630" w:rsidRDefault="00603738" w:rsidP="00FD36E4">
            <w:pPr>
              <w:rPr>
                <w:b/>
                <w:bCs/>
              </w:rPr>
            </w:pPr>
            <w:r w:rsidRPr="002D7630">
              <w:rPr>
                <w:b/>
                <w:bCs/>
              </w:rPr>
              <w:t>Assignment</w:t>
            </w:r>
          </w:p>
        </w:tc>
        <w:tc>
          <w:tcPr>
            <w:tcW w:w="4410" w:type="dxa"/>
          </w:tcPr>
          <w:p w14:paraId="3D3CA014" w14:textId="77777777" w:rsidR="00603738" w:rsidRPr="002D7630" w:rsidRDefault="00603738" w:rsidP="00FD36E4">
            <w:pPr>
              <w:rPr>
                <w:b/>
                <w:bCs/>
              </w:rPr>
            </w:pPr>
            <w:r>
              <w:rPr>
                <w:b/>
                <w:bCs/>
              </w:rPr>
              <w:t>Assignment prompt</w:t>
            </w:r>
          </w:p>
        </w:tc>
        <w:tc>
          <w:tcPr>
            <w:tcW w:w="1350" w:type="dxa"/>
          </w:tcPr>
          <w:p w14:paraId="59D5FC53" w14:textId="77777777" w:rsidR="00603738" w:rsidRPr="002D7630" w:rsidRDefault="00603738" w:rsidP="00FD36E4">
            <w:pPr>
              <w:rPr>
                <w:b/>
                <w:bCs/>
              </w:rPr>
            </w:pPr>
            <w:r>
              <w:rPr>
                <w:b/>
                <w:bCs/>
              </w:rPr>
              <w:t>AI-CAM Level</w:t>
            </w:r>
          </w:p>
        </w:tc>
        <w:tc>
          <w:tcPr>
            <w:tcW w:w="5845" w:type="dxa"/>
          </w:tcPr>
          <w:p w14:paraId="013DECEC" w14:textId="77777777" w:rsidR="00603738" w:rsidRPr="002D7630" w:rsidRDefault="00603738" w:rsidP="00FD36E4">
            <w:pPr>
              <w:rPr>
                <w:b/>
                <w:bCs/>
              </w:rPr>
            </w:pPr>
            <w:r>
              <w:rPr>
                <w:b/>
                <w:bCs/>
              </w:rPr>
              <w:t>Rationale</w:t>
            </w:r>
          </w:p>
        </w:tc>
      </w:tr>
      <w:tr w:rsidR="00E31749" w14:paraId="4E3EEF35" w14:textId="77777777" w:rsidTr="00B55038">
        <w:tc>
          <w:tcPr>
            <w:tcW w:w="805" w:type="dxa"/>
          </w:tcPr>
          <w:p w14:paraId="11E5D56B" w14:textId="3BBEC283" w:rsidR="00E31749" w:rsidRDefault="00E31749" w:rsidP="00E31749">
            <w:pPr>
              <w:jc w:val="center"/>
            </w:pPr>
            <w:r>
              <w:t>4</w:t>
            </w:r>
          </w:p>
        </w:tc>
        <w:tc>
          <w:tcPr>
            <w:tcW w:w="1980" w:type="dxa"/>
          </w:tcPr>
          <w:p w14:paraId="39392571" w14:textId="2038ED57" w:rsidR="00E31749" w:rsidRDefault="00E31749" w:rsidP="00E31749">
            <w:r>
              <w:t>Enter Unit topic(s)</w:t>
            </w:r>
          </w:p>
        </w:tc>
        <w:tc>
          <w:tcPr>
            <w:tcW w:w="4410" w:type="dxa"/>
          </w:tcPr>
          <w:p w14:paraId="605E2309" w14:textId="77777777" w:rsidR="00E31749" w:rsidRDefault="00E31749" w:rsidP="00E31749"/>
        </w:tc>
        <w:tc>
          <w:tcPr>
            <w:tcW w:w="1350" w:type="dxa"/>
          </w:tcPr>
          <w:p w14:paraId="1672F8F2" w14:textId="77777777" w:rsidR="00E31749" w:rsidRDefault="00E31749" w:rsidP="00E31749"/>
        </w:tc>
        <w:tc>
          <w:tcPr>
            <w:tcW w:w="5845" w:type="dxa"/>
          </w:tcPr>
          <w:p w14:paraId="53C52C3C" w14:textId="77777777" w:rsidR="00E31749" w:rsidRDefault="00E31749" w:rsidP="00E31749"/>
        </w:tc>
      </w:tr>
      <w:tr w:rsidR="00E31749" w14:paraId="38FB0EA0" w14:textId="77777777" w:rsidTr="00B55038">
        <w:tc>
          <w:tcPr>
            <w:tcW w:w="805" w:type="dxa"/>
          </w:tcPr>
          <w:p w14:paraId="6724BDA1" w14:textId="77777777" w:rsidR="00E31749" w:rsidRDefault="00E31749" w:rsidP="00E31749">
            <w:pPr>
              <w:jc w:val="center"/>
            </w:pPr>
          </w:p>
        </w:tc>
        <w:tc>
          <w:tcPr>
            <w:tcW w:w="1980" w:type="dxa"/>
          </w:tcPr>
          <w:p w14:paraId="078BC6EC" w14:textId="42F5DC9A" w:rsidR="00E31749" w:rsidRDefault="00E31749" w:rsidP="00E31749">
            <w:r>
              <w:t>Discussion 1</w:t>
            </w:r>
          </w:p>
        </w:tc>
        <w:tc>
          <w:tcPr>
            <w:tcW w:w="4410" w:type="dxa"/>
          </w:tcPr>
          <w:p w14:paraId="185B01C3" w14:textId="77777777" w:rsidR="00E31749" w:rsidRDefault="00E31749" w:rsidP="00E31749"/>
        </w:tc>
        <w:tc>
          <w:tcPr>
            <w:tcW w:w="1350" w:type="dxa"/>
          </w:tcPr>
          <w:p w14:paraId="765F47E4" w14:textId="77777777" w:rsidR="00E31749" w:rsidRDefault="00E31749" w:rsidP="00E31749"/>
        </w:tc>
        <w:tc>
          <w:tcPr>
            <w:tcW w:w="5845" w:type="dxa"/>
          </w:tcPr>
          <w:p w14:paraId="4055DC8E" w14:textId="77777777" w:rsidR="00E31749" w:rsidRDefault="00E31749" w:rsidP="00E31749"/>
        </w:tc>
      </w:tr>
      <w:tr w:rsidR="00E31749" w14:paraId="3E2FCA3C" w14:textId="77777777" w:rsidTr="00B55038">
        <w:tc>
          <w:tcPr>
            <w:tcW w:w="805" w:type="dxa"/>
          </w:tcPr>
          <w:p w14:paraId="126CDE34" w14:textId="77777777" w:rsidR="00E31749" w:rsidRDefault="00E31749" w:rsidP="00E31749">
            <w:pPr>
              <w:jc w:val="center"/>
            </w:pPr>
          </w:p>
        </w:tc>
        <w:tc>
          <w:tcPr>
            <w:tcW w:w="1980" w:type="dxa"/>
          </w:tcPr>
          <w:p w14:paraId="75952EB4" w14:textId="6D1CCA0C" w:rsidR="00E31749" w:rsidRDefault="00E31749" w:rsidP="00E31749">
            <w:r>
              <w:t>Discussion 2</w:t>
            </w:r>
          </w:p>
        </w:tc>
        <w:tc>
          <w:tcPr>
            <w:tcW w:w="4410" w:type="dxa"/>
          </w:tcPr>
          <w:p w14:paraId="772DA9F8" w14:textId="77777777" w:rsidR="00E31749" w:rsidRDefault="00E31749" w:rsidP="00E31749"/>
        </w:tc>
        <w:tc>
          <w:tcPr>
            <w:tcW w:w="1350" w:type="dxa"/>
          </w:tcPr>
          <w:p w14:paraId="2DDE9597" w14:textId="77777777" w:rsidR="00E31749" w:rsidRDefault="00E31749" w:rsidP="00E31749"/>
        </w:tc>
        <w:tc>
          <w:tcPr>
            <w:tcW w:w="5845" w:type="dxa"/>
          </w:tcPr>
          <w:p w14:paraId="4F1D9D7E" w14:textId="77777777" w:rsidR="00E31749" w:rsidRDefault="00E31749" w:rsidP="00E31749"/>
        </w:tc>
      </w:tr>
      <w:tr w:rsidR="00E31749" w:rsidRPr="002D7630" w14:paraId="30BA3C75" w14:textId="77777777" w:rsidTr="00B55038">
        <w:tc>
          <w:tcPr>
            <w:tcW w:w="805" w:type="dxa"/>
          </w:tcPr>
          <w:p w14:paraId="4D8C49AA" w14:textId="6314CE8C" w:rsidR="00E31749" w:rsidRPr="002D7630" w:rsidRDefault="00E31749" w:rsidP="00E31749">
            <w:pPr>
              <w:jc w:val="center"/>
              <w:rPr>
                <w:b/>
                <w:bCs/>
              </w:rPr>
            </w:pPr>
          </w:p>
        </w:tc>
        <w:tc>
          <w:tcPr>
            <w:tcW w:w="1980" w:type="dxa"/>
          </w:tcPr>
          <w:p w14:paraId="19F2D2AE" w14:textId="2B34E1C3" w:rsidR="00E31749" w:rsidRPr="002D7630" w:rsidRDefault="00E31749" w:rsidP="00E31749">
            <w:pPr>
              <w:rPr>
                <w:b/>
                <w:bCs/>
              </w:rPr>
            </w:pPr>
            <w:r>
              <w:t>Writing Assignment 1</w:t>
            </w:r>
          </w:p>
        </w:tc>
        <w:tc>
          <w:tcPr>
            <w:tcW w:w="4410" w:type="dxa"/>
          </w:tcPr>
          <w:p w14:paraId="13892179" w14:textId="35B2919E" w:rsidR="00E31749" w:rsidRPr="002D7630" w:rsidRDefault="00E31749" w:rsidP="00E31749">
            <w:pPr>
              <w:rPr>
                <w:b/>
                <w:bCs/>
              </w:rPr>
            </w:pPr>
          </w:p>
        </w:tc>
        <w:tc>
          <w:tcPr>
            <w:tcW w:w="1350" w:type="dxa"/>
          </w:tcPr>
          <w:p w14:paraId="0ED5E4A5" w14:textId="15749CDD" w:rsidR="00E31749" w:rsidRPr="002D7630" w:rsidRDefault="00E31749" w:rsidP="00E31749">
            <w:pPr>
              <w:rPr>
                <w:b/>
                <w:bCs/>
              </w:rPr>
            </w:pPr>
          </w:p>
        </w:tc>
        <w:tc>
          <w:tcPr>
            <w:tcW w:w="5845" w:type="dxa"/>
          </w:tcPr>
          <w:p w14:paraId="3EB13E92" w14:textId="1E53F1EC" w:rsidR="00E31749" w:rsidRPr="002D7630" w:rsidRDefault="00E31749" w:rsidP="00E31749">
            <w:pPr>
              <w:rPr>
                <w:b/>
                <w:bCs/>
              </w:rPr>
            </w:pPr>
          </w:p>
        </w:tc>
      </w:tr>
      <w:tr w:rsidR="00E31749" w14:paraId="0978B5FE" w14:textId="77777777" w:rsidTr="00B55038">
        <w:tc>
          <w:tcPr>
            <w:tcW w:w="805" w:type="dxa"/>
          </w:tcPr>
          <w:p w14:paraId="20168AB6" w14:textId="59DEB273" w:rsidR="00E31749" w:rsidRDefault="00E31749" w:rsidP="00E31749">
            <w:pPr>
              <w:jc w:val="center"/>
            </w:pPr>
          </w:p>
        </w:tc>
        <w:tc>
          <w:tcPr>
            <w:tcW w:w="1980" w:type="dxa"/>
          </w:tcPr>
          <w:p w14:paraId="1BD43539" w14:textId="26C5B89A" w:rsidR="00E31749" w:rsidRDefault="00E31749" w:rsidP="00E31749">
            <w:r>
              <w:t>Other (as needed)</w:t>
            </w:r>
          </w:p>
        </w:tc>
        <w:tc>
          <w:tcPr>
            <w:tcW w:w="4410" w:type="dxa"/>
          </w:tcPr>
          <w:p w14:paraId="370A7BA9" w14:textId="77777777" w:rsidR="00E31749" w:rsidRDefault="00E31749" w:rsidP="00E31749"/>
        </w:tc>
        <w:tc>
          <w:tcPr>
            <w:tcW w:w="1350" w:type="dxa"/>
          </w:tcPr>
          <w:p w14:paraId="2836E5D3" w14:textId="77777777" w:rsidR="00E31749" w:rsidRDefault="00E31749" w:rsidP="00E31749"/>
        </w:tc>
        <w:tc>
          <w:tcPr>
            <w:tcW w:w="5845" w:type="dxa"/>
          </w:tcPr>
          <w:p w14:paraId="5D1BAAEA" w14:textId="77777777" w:rsidR="00E31749" w:rsidRDefault="00E31749" w:rsidP="00E31749"/>
        </w:tc>
      </w:tr>
      <w:tr w:rsidR="00E31749" w14:paraId="08F9337D" w14:textId="77777777" w:rsidTr="00B55038">
        <w:tc>
          <w:tcPr>
            <w:tcW w:w="805" w:type="dxa"/>
          </w:tcPr>
          <w:p w14:paraId="76EA82B9" w14:textId="77777777" w:rsidR="00E31749" w:rsidRDefault="00E31749" w:rsidP="00E31749">
            <w:pPr>
              <w:jc w:val="center"/>
            </w:pPr>
          </w:p>
        </w:tc>
        <w:tc>
          <w:tcPr>
            <w:tcW w:w="1980" w:type="dxa"/>
          </w:tcPr>
          <w:p w14:paraId="1DA5EEEB" w14:textId="4F70D63E" w:rsidR="00E31749" w:rsidRDefault="00E31749" w:rsidP="00E31749"/>
        </w:tc>
        <w:tc>
          <w:tcPr>
            <w:tcW w:w="4410" w:type="dxa"/>
          </w:tcPr>
          <w:p w14:paraId="01CB5CA8" w14:textId="77777777" w:rsidR="00E31749" w:rsidRDefault="00E31749" w:rsidP="00E31749"/>
        </w:tc>
        <w:tc>
          <w:tcPr>
            <w:tcW w:w="1350" w:type="dxa"/>
          </w:tcPr>
          <w:p w14:paraId="71AE3DBE" w14:textId="77777777" w:rsidR="00E31749" w:rsidRDefault="00E31749" w:rsidP="00E31749"/>
        </w:tc>
        <w:tc>
          <w:tcPr>
            <w:tcW w:w="5845" w:type="dxa"/>
          </w:tcPr>
          <w:p w14:paraId="4483A261" w14:textId="77777777" w:rsidR="00E31749" w:rsidRDefault="00E31749" w:rsidP="00E31749"/>
        </w:tc>
      </w:tr>
      <w:tr w:rsidR="00E31749" w14:paraId="7B9AA0B7" w14:textId="77777777" w:rsidTr="00B55038">
        <w:tc>
          <w:tcPr>
            <w:tcW w:w="805" w:type="dxa"/>
          </w:tcPr>
          <w:p w14:paraId="366AA5A2" w14:textId="7EE3BB8B" w:rsidR="00E31749" w:rsidRDefault="00E31749" w:rsidP="00E31749">
            <w:pPr>
              <w:jc w:val="center"/>
            </w:pPr>
            <w:r>
              <w:t>5</w:t>
            </w:r>
          </w:p>
        </w:tc>
        <w:tc>
          <w:tcPr>
            <w:tcW w:w="1980" w:type="dxa"/>
          </w:tcPr>
          <w:p w14:paraId="3460FBAA" w14:textId="019EC01B" w:rsidR="00E31749" w:rsidRDefault="00E31749" w:rsidP="00E31749">
            <w:r>
              <w:t>Enter Unit topic(s)</w:t>
            </w:r>
          </w:p>
        </w:tc>
        <w:tc>
          <w:tcPr>
            <w:tcW w:w="4410" w:type="dxa"/>
          </w:tcPr>
          <w:p w14:paraId="07A36B00" w14:textId="77777777" w:rsidR="00E31749" w:rsidRDefault="00E31749" w:rsidP="00E31749"/>
        </w:tc>
        <w:tc>
          <w:tcPr>
            <w:tcW w:w="1350" w:type="dxa"/>
          </w:tcPr>
          <w:p w14:paraId="234C81FE" w14:textId="77777777" w:rsidR="00E31749" w:rsidRDefault="00E31749" w:rsidP="00E31749"/>
        </w:tc>
        <w:tc>
          <w:tcPr>
            <w:tcW w:w="5845" w:type="dxa"/>
          </w:tcPr>
          <w:p w14:paraId="4923C072" w14:textId="77777777" w:rsidR="00E31749" w:rsidRDefault="00E31749" w:rsidP="00E31749"/>
        </w:tc>
      </w:tr>
      <w:tr w:rsidR="00E31749" w14:paraId="02AAA7D6" w14:textId="77777777" w:rsidTr="00B55038">
        <w:tc>
          <w:tcPr>
            <w:tcW w:w="805" w:type="dxa"/>
          </w:tcPr>
          <w:p w14:paraId="76147B5F" w14:textId="77777777" w:rsidR="00E31749" w:rsidRDefault="00E31749" w:rsidP="00E31749">
            <w:pPr>
              <w:jc w:val="center"/>
            </w:pPr>
          </w:p>
        </w:tc>
        <w:tc>
          <w:tcPr>
            <w:tcW w:w="1980" w:type="dxa"/>
          </w:tcPr>
          <w:p w14:paraId="0ACDE520" w14:textId="423C81FB" w:rsidR="00E31749" w:rsidRDefault="00E31749" w:rsidP="00E31749">
            <w:r>
              <w:t>Discussion 1</w:t>
            </w:r>
          </w:p>
        </w:tc>
        <w:tc>
          <w:tcPr>
            <w:tcW w:w="4410" w:type="dxa"/>
          </w:tcPr>
          <w:p w14:paraId="17DBA89C" w14:textId="77777777" w:rsidR="00E31749" w:rsidRDefault="00E31749" w:rsidP="00E31749"/>
        </w:tc>
        <w:tc>
          <w:tcPr>
            <w:tcW w:w="1350" w:type="dxa"/>
          </w:tcPr>
          <w:p w14:paraId="60E0340C" w14:textId="77777777" w:rsidR="00E31749" w:rsidRDefault="00E31749" w:rsidP="00E31749"/>
        </w:tc>
        <w:tc>
          <w:tcPr>
            <w:tcW w:w="5845" w:type="dxa"/>
          </w:tcPr>
          <w:p w14:paraId="1439A639" w14:textId="77777777" w:rsidR="00E31749" w:rsidRDefault="00E31749" w:rsidP="00E31749"/>
        </w:tc>
      </w:tr>
      <w:tr w:rsidR="00E31749" w14:paraId="26391015" w14:textId="77777777" w:rsidTr="00B55038">
        <w:tc>
          <w:tcPr>
            <w:tcW w:w="805" w:type="dxa"/>
          </w:tcPr>
          <w:p w14:paraId="67F56906" w14:textId="77777777" w:rsidR="00E31749" w:rsidRDefault="00E31749" w:rsidP="00E31749">
            <w:pPr>
              <w:jc w:val="center"/>
            </w:pPr>
          </w:p>
        </w:tc>
        <w:tc>
          <w:tcPr>
            <w:tcW w:w="1980" w:type="dxa"/>
          </w:tcPr>
          <w:p w14:paraId="4CCAF26F" w14:textId="2653608A" w:rsidR="00E31749" w:rsidRDefault="00E31749" w:rsidP="00E31749">
            <w:r>
              <w:t>Discussion 2</w:t>
            </w:r>
          </w:p>
        </w:tc>
        <w:tc>
          <w:tcPr>
            <w:tcW w:w="4410" w:type="dxa"/>
          </w:tcPr>
          <w:p w14:paraId="20C36258" w14:textId="77777777" w:rsidR="00E31749" w:rsidRDefault="00E31749" w:rsidP="00E31749"/>
        </w:tc>
        <w:tc>
          <w:tcPr>
            <w:tcW w:w="1350" w:type="dxa"/>
          </w:tcPr>
          <w:p w14:paraId="02A09188" w14:textId="77777777" w:rsidR="00E31749" w:rsidRDefault="00E31749" w:rsidP="00E31749"/>
        </w:tc>
        <w:tc>
          <w:tcPr>
            <w:tcW w:w="5845" w:type="dxa"/>
          </w:tcPr>
          <w:p w14:paraId="64FBAD6D" w14:textId="77777777" w:rsidR="00E31749" w:rsidRDefault="00E31749" w:rsidP="00E31749"/>
        </w:tc>
      </w:tr>
      <w:tr w:rsidR="00E31749" w14:paraId="43EF479F" w14:textId="77777777" w:rsidTr="00B55038">
        <w:tc>
          <w:tcPr>
            <w:tcW w:w="805" w:type="dxa"/>
          </w:tcPr>
          <w:p w14:paraId="762ACC2B" w14:textId="797C5005" w:rsidR="00E31749" w:rsidRDefault="00E31749" w:rsidP="00E31749">
            <w:pPr>
              <w:jc w:val="center"/>
            </w:pPr>
          </w:p>
        </w:tc>
        <w:tc>
          <w:tcPr>
            <w:tcW w:w="1980" w:type="dxa"/>
          </w:tcPr>
          <w:p w14:paraId="62E785F4" w14:textId="67AB51B7" w:rsidR="00E31749" w:rsidRDefault="00E31749" w:rsidP="00E31749">
            <w:r>
              <w:t>Writing Assignment 1</w:t>
            </w:r>
          </w:p>
        </w:tc>
        <w:tc>
          <w:tcPr>
            <w:tcW w:w="4410" w:type="dxa"/>
          </w:tcPr>
          <w:p w14:paraId="670AD70D" w14:textId="77777777" w:rsidR="00E31749" w:rsidRDefault="00E31749" w:rsidP="00E31749"/>
        </w:tc>
        <w:tc>
          <w:tcPr>
            <w:tcW w:w="1350" w:type="dxa"/>
          </w:tcPr>
          <w:p w14:paraId="25E8FFC4" w14:textId="77777777" w:rsidR="00E31749" w:rsidRDefault="00E31749" w:rsidP="00E31749"/>
        </w:tc>
        <w:tc>
          <w:tcPr>
            <w:tcW w:w="5845" w:type="dxa"/>
          </w:tcPr>
          <w:p w14:paraId="76A8C736" w14:textId="77777777" w:rsidR="00E31749" w:rsidRDefault="00E31749" w:rsidP="00E31749"/>
        </w:tc>
      </w:tr>
      <w:tr w:rsidR="00E31749" w14:paraId="772BD6C2" w14:textId="77777777" w:rsidTr="00B55038">
        <w:tc>
          <w:tcPr>
            <w:tcW w:w="805" w:type="dxa"/>
          </w:tcPr>
          <w:p w14:paraId="4D9B72E8" w14:textId="77777777" w:rsidR="00E31749" w:rsidRDefault="00E31749" w:rsidP="00E31749">
            <w:pPr>
              <w:jc w:val="center"/>
            </w:pPr>
          </w:p>
        </w:tc>
        <w:tc>
          <w:tcPr>
            <w:tcW w:w="1980" w:type="dxa"/>
          </w:tcPr>
          <w:p w14:paraId="5F940772" w14:textId="326AD38A" w:rsidR="00E31749" w:rsidRDefault="00E31749" w:rsidP="00E31749">
            <w:r>
              <w:t>Other (as needed)</w:t>
            </w:r>
          </w:p>
        </w:tc>
        <w:tc>
          <w:tcPr>
            <w:tcW w:w="4410" w:type="dxa"/>
          </w:tcPr>
          <w:p w14:paraId="4CEE8019" w14:textId="77777777" w:rsidR="00E31749" w:rsidRDefault="00E31749" w:rsidP="00E31749"/>
        </w:tc>
        <w:tc>
          <w:tcPr>
            <w:tcW w:w="1350" w:type="dxa"/>
          </w:tcPr>
          <w:p w14:paraId="74B51732" w14:textId="77777777" w:rsidR="00E31749" w:rsidRDefault="00E31749" w:rsidP="00E31749"/>
        </w:tc>
        <w:tc>
          <w:tcPr>
            <w:tcW w:w="5845" w:type="dxa"/>
          </w:tcPr>
          <w:p w14:paraId="6247CA61" w14:textId="77777777" w:rsidR="00E31749" w:rsidRDefault="00E31749" w:rsidP="00E31749"/>
        </w:tc>
      </w:tr>
      <w:tr w:rsidR="00E31749" w14:paraId="37005A64" w14:textId="77777777" w:rsidTr="00B55038">
        <w:tc>
          <w:tcPr>
            <w:tcW w:w="805" w:type="dxa"/>
          </w:tcPr>
          <w:p w14:paraId="67DAC36A" w14:textId="77777777" w:rsidR="00E31749" w:rsidRDefault="00E31749" w:rsidP="00E31749">
            <w:pPr>
              <w:jc w:val="center"/>
            </w:pPr>
          </w:p>
        </w:tc>
        <w:tc>
          <w:tcPr>
            <w:tcW w:w="1980" w:type="dxa"/>
          </w:tcPr>
          <w:p w14:paraId="4E87ABEC" w14:textId="52CFA638" w:rsidR="00E31749" w:rsidRDefault="00E31749" w:rsidP="00E31749"/>
        </w:tc>
        <w:tc>
          <w:tcPr>
            <w:tcW w:w="4410" w:type="dxa"/>
          </w:tcPr>
          <w:p w14:paraId="45DB6496" w14:textId="77777777" w:rsidR="00E31749" w:rsidRDefault="00E31749" w:rsidP="00E31749"/>
        </w:tc>
        <w:tc>
          <w:tcPr>
            <w:tcW w:w="1350" w:type="dxa"/>
          </w:tcPr>
          <w:p w14:paraId="0CAE9EE5" w14:textId="77777777" w:rsidR="00E31749" w:rsidRDefault="00E31749" w:rsidP="00E31749"/>
        </w:tc>
        <w:tc>
          <w:tcPr>
            <w:tcW w:w="5845" w:type="dxa"/>
          </w:tcPr>
          <w:p w14:paraId="221266D9" w14:textId="77777777" w:rsidR="00E31749" w:rsidRDefault="00E31749" w:rsidP="00E31749"/>
        </w:tc>
      </w:tr>
      <w:tr w:rsidR="00E31749" w14:paraId="18BE3F82" w14:textId="77777777" w:rsidTr="00B55038">
        <w:tc>
          <w:tcPr>
            <w:tcW w:w="805" w:type="dxa"/>
          </w:tcPr>
          <w:p w14:paraId="239873B7" w14:textId="47422ADA" w:rsidR="00E31749" w:rsidRDefault="00E31749" w:rsidP="00E31749">
            <w:pPr>
              <w:jc w:val="center"/>
            </w:pPr>
            <w:r>
              <w:t>6</w:t>
            </w:r>
          </w:p>
        </w:tc>
        <w:tc>
          <w:tcPr>
            <w:tcW w:w="1980" w:type="dxa"/>
          </w:tcPr>
          <w:p w14:paraId="2A9BEE9A" w14:textId="5072BF3E" w:rsidR="00E31749" w:rsidRDefault="00E31749" w:rsidP="00E31749">
            <w:r>
              <w:t>Enter Unit topic(s)</w:t>
            </w:r>
          </w:p>
        </w:tc>
        <w:tc>
          <w:tcPr>
            <w:tcW w:w="4410" w:type="dxa"/>
          </w:tcPr>
          <w:p w14:paraId="3B1D497C" w14:textId="77777777" w:rsidR="00E31749" w:rsidRDefault="00E31749" w:rsidP="00E31749"/>
        </w:tc>
        <w:tc>
          <w:tcPr>
            <w:tcW w:w="1350" w:type="dxa"/>
          </w:tcPr>
          <w:p w14:paraId="6D98F515" w14:textId="77777777" w:rsidR="00E31749" w:rsidRDefault="00E31749" w:rsidP="00E31749"/>
        </w:tc>
        <w:tc>
          <w:tcPr>
            <w:tcW w:w="5845" w:type="dxa"/>
          </w:tcPr>
          <w:p w14:paraId="1FFF1B12" w14:textId="77777777" w:rsidR="00E31749" w:rsidRDefault="00E31749" w:rsidP="00E31749"/>
        </w:tc>
      </w:tr>
      <w:tr w:rsidR="00E31749" w14:paraId="2BE68B69" w14:textId="77777777" w:rsidTr="00B55038">
        <w:tc>
          <w:tcPr>
            <w:tcW w:w="805" w:type="dxa"/>
          </w:tcPr>
          <w:p w14:paraId="55971A05" w14:textId="77777777" w:rsidR="00E31749" w:rsidRDefault="00E31749" w:rsidP="00E31749">
            <w:pPr>
              <w:jc w:val="center"/>
            </w:pPr>
          </w:p>
        </w:tc>
        <w:tc>
          <w:tcPr>
            <w:tcW w:w="1980" w:type="dxa"/>
          </w:tcPr>
          <w:p w14:paraId="20CE09B6" w14:textId="5D1F8364" w:rsidR="00E31749" w:rsidRDefault="00E31749" w:rsidP="00E31749">
            <w:r>
              <w:t>Discussion 1</w:t>
            </w:r>
          </w:p>
        </w:tc>
        <w:tc>
          <w:tcPr>
            <w:tcW w:w="4410" w:type="dxa"/>
          </w:tcPr>
          <w:p w14:paraId="1B574111" w14:textId="77777777" w:rsidR="00E31749" w:rsidRDefault="00E31749" w:rsidP="00E31749"/>
        </w:tc>
        <w:tc>
          <w:tcPr>
            <w:tcW w:w="1350" w:type="dxa"/>
          </w:tcPr>
          <w:p w14:paraId="7D67FA9F" w14:textId="77777777" w:rsidR="00E31749" w:rsidRDefault="00E31749" w:rsidP="00E31749"/>
        </w:tc>
        <w:tc>
          <w:tcPr>
            <w:tcW w:w="5845" w:type="dxa"/>
          </w:tcPr>
          <w:p w14:paraId="1906909D" w14:textId="77777777" w:rsidR="00E31749" w:rsidRDefault="00E31749" w:rsidP="00E31749"/>
        </w:tc>
      </w:tr>
      <w:tr w:rsidR="00E31749" w14:paraId="4D28810D" w14:textId="77777777" w:rsidTr="00B55038">
        <w:tc>
          <w:tcPr>
            <w:tcW w:w="805" w:type="dxa"/>
          </w:tcPr>
          <w:p w14:paraId="4A6E2302" w14:textId="77777777" w:rsidR="00E31749" w:rsidRDefault="00E31749" w:rsidP="00E31749">
            <w:pPr>
              <w:jc w:val="center"/>
            </w:pPr>
          </w:p>
        </w:tc>
        <w:tc>
          <w:tcPr>
            <w:tcW w:w="1980" w:type="dxa"/>
          </w:tcPr>
          <w:p w14:paraId="7E41DAF1" w14:textId="1D007350" w:rsidR="00E31749" w:rsidRDefault="00E31749" w:rsidP="00E31749">
            <w:r>
              <w:t>Discussion 2</w:t>
            </w:r>
          </w:p>
        </w:tc>
        <w:tc>
          <w:tcPr>
            <w:tcW w:w="4410" w:type="dxa"/>
          </w:tcPr>
          <w:p w14:paraId="3F7939E0" w14:textId="77777777" w:rsidR="00E31749" w:rsidRDefault="00E31749" w:rsidP="00E31749"/>
        </w:tc>
        <w:tc>
          <w:tcPr>
            <w:tcW w:w="1350" w:type="dxa"/>
          </w:tcPr>
          <w:p w14:paraId="28AE16A0" w14:textId="77777777" w:rsidR="00E31749" w:rsidRDefault="00E31749" w:rsidP="00E31749"/>
        </w:tc>
        <w:tc>
          <w:tcPr>
            <w:tcW w:w="5845" w:type="dxa"/>
          </w:tcPr>
          <w:p w14:paraId="39A6C035" w14:textId="77777777" w:rsidR="00E31749" w:rsidRDefault="00E31749" w:rsidP="00E31749"/>
        </w:tc>
      </w:tr>
      <w:tr w:rsidR="00E31749" w14:paraId="62E3345D" w14:textId="77777777" w:rsidTr="00B55038">
        <w:tc>
          <w:tcPr>
            <w:tcW w:w="805" w:type="dxa"/>
          </w:tcPr>
          <w:p w14:paraId="5C465BED" w14:textId="10E3BB60" w:rsidR="00E31749" w:rsidRDefault="00E31749" w:rsidP="00E31749">
            <w:pPr>
              <w:jc w:val="center"/>
            </w:pPr>
          </w:p>
        </w:tc>
        <w:tc>
          <w:tcPr>
            <w:tcW w:w="1980" w:type="dxa"/>
          </w:tcPr>
          <w:p w14:paraId="12416872" w14:textId="355491B0" w:rsidR="00E31749" w:rsidRDefault="00E31749" w:rsidP="00E31749">
            <w:r>
              <w:t>Writing Assignment 1</w:t>
            </w:r>
          </w:p>
        </w:tc>
        <w:tc>
          <w:tcPr>
            <w:tcW w:w="4410" w:type="dxa"/>
          </w:tcPr>
          <w:p w14:paraId="72508C9E" w14:textId="77777777" w:rsidR="00E31749" w:rsidRDefault="00E31749" w:rsidP="00E31749"/>
        </w:tc>
        <w:tc>
          <w:tcPr>
            <w:tcW w:w="1350" w:type="dxa"/>
          </w:tcPr>
          <w:p w14:paraId="172F73E0" w14:textId="77777777" w:rsidR="00E31749" w:rsidRDefault="00E31749" w:rsidP="00E31749"/>
        </w:tc>
        <w:tc>
          <w:tcPr>
            <w:tcW w:w="5845" w:type="dxa"/>
          </w:tcPr>
          <w:p w14:paraId="127D1033" w14:textId="77777777" w:rsidR="00E31749" w:rsidRDefault="00E31749" w:rsidP="00E31749"/>
        </w:tc>
      </w:tr>
      <w:tr w:rsidR="00E31749" w14:paraId="4D6799D4" w14:textId="77777777" w:rsidTr="00B55038">
        <w:tc>
          <w:tcPr>
            <w:tcW w:w="805" w:type="dxa"/>
          </w:tcPr>
          <w:p w14:paraId="415CCAB2" w14:textId="77777777" w:rsidR="00E31749" w:rsidRDefault="00E31749" w:rsidP="00E31749">
            <w:pPr>
              <w:jc w:val="center"/>
            </w:pPr>
          </w:p>
        </w:tc>
        <w:tc>
          <w:tcPr>
            <w:tcW w:w="1980" w:type="dxa"/>
          </w:tcPr>
          <w:p w14:paraId="1FD8F29F" w14:textId="0865EDAC" w:rsidR="00E31749" w:rsidRDefault="00E31749" w:rsidP="00E31749">
            <w:r>
              <w:t>Other (as needed)</w:t>
            </w:r>
          </w:p>
        </w:tc>
        <w:tc>
          <w:tcPr>
            <w:tcW w:w="4410" w:type="dxa"/>
          </w:tcPr>
          <w:p w14:paraId="60E07D13" w14:textId="77777777" w:rsidR="00E31749" w:rsidRDefault="00E31749" w:rsidP="00E31749"/>
        </w:tc>
        <w:tc>
          <w:tcPr>
            <w:tcW w:w="1350" w:type="dxa"/>
          </w:tcPr>
          <w:p w14:paraId="1F2B2E67" w14:textId="77777777" w:rsidR="00E31749" w:rsidRDefault="00E31749" w:rsidP="00E31749"/>
        </w:tc>
        <w:tc>
          <w:tcPr>
            <w:tcW w:w="5845" w:type="dxa"/>
          </w:tcPr>
          <w:p w14:paraId="569FD97E" w14:textId="77777777" w:rsidR="00E31749" w:rsidRDefault="00E31749" w:rsidP="00E31749"/>
        </w:tc>
      </w:tr>
      <w:tr w:rsidR="00E31749" w14:paraId="40F90A93" w14:textId="77777777" w:rsidTr="00B55038">
        <w:tc>
          <w:tcPr>
            <w:tcW w:w="805" w:type="dxa"/>
          </w:tcPr>
          <w:p w14:paraId="1A8538CD" w14:textId="77777777" w:rsidR="00E31749" w:rsidRDefault="00E31749" w:rsidP="00E31749">
            <w:pPr>
              <w:jc w:val="center"/>
            </w:pPr>
          </w:p>
        </w:tc>
        <w:tc>
          <w:tcPr>
            <w:tcW w:w="1980" w:type="dxa"/>
          </w:tcPr>
          <w:p w14:paraId="03E0E1B3" w14:textId="65D7F3E9" w:rsidR="00E31749" w:rsidRDefault="00E31749" w:rsidP="00E31749"/>
        </w:tc>
        <w:tc>
          <w:tcPr>
            <w:tcW w:w="4410" w:type="dxa"/>
          </w:tcPr>
          <w:p w14:paraId="653F3F9B" w14:textId="77777777" w:rsidR="00E31749" w:rsidRDefault="00E31749" w:rsidP="00E31749"/>
        </w:tc>
        <w:tc>
          <w:tcPr>
            <w:tcW w:w="1350" w:type="dxa"/>
          </w:tcPr>
          <w:p w14:paraId="46780443" w14:textId="77777777" w:rsidR="00E31749" w:rsidRDefault="00E31749" w:rsidP="00E31749"/>
        </w:tc>
        <w:tc>
          <w:tcPr>
            <w:tcW w:w="5845" w:type="dxa"/>
          </w:tcPr>
          <w:p w14:paraId="054847D9" w14:textId="77777777" w:rsidR="00E31749" w:rsidRDefault="00E31749" w:rsidP="00E31749"/>
        </w:tc>
      </w:tr>
      <w:tr w:rsidR="00E31749" w14:paraId="1402C3D6" w14:textId="77777777" w:rsidTr="00B55038">
        <w:tc>
          <w:tcPr>
            <w:tcW w:w="805" w:type="dxa"/>
          </w:tcPr>
          <w:p w14:paraId="2D1792D4" w14:textId="495BA611" w:rsidR="00E31749" w:rsidRDefault="00E31749" w:rsidP="00E31749">
            <w:pPr>
              <w:jc w:val="center"/>
            </w:pPr>
            <w:r>
              <w:t>7</w:t>
            </w:r>
          </w:p>
        </w:tc>
        <w:tc>
          <w:tcPr>
            <w:tcW w:w="1980" w:type="dxa"/>
          </w:tcPr>
          <w:p w14:paraId="7C68984B" w14:textId="5BFEB80F" w:rsidR="00E31749" w:rsidRDefault="00E31749" w:rsidP="00E31749">
            <w:r>
              <w:t>Enter Unit topic(s)</w:t>
            </w:r>
          </w:p>
        </w:tc>
        <w:tc>
          <w:tcPr>
            <w:tcW w:w="4410" w:type="dxa"/>
          </w:tcPr>
          <w:p w14:paraId="53A767D0" w14:textId="77777777" w:rsidR="00E31749" w:rsidRDefault="00E31749" w:rsidP="00E31749"/>
        </w:tc>
        <w:tc>
          <w:tcPr>
            <w:tcW w:w="1350" w:type="dxa"/>
          </w:tcPr>
          <w:p w14:paraId="5846660F" w14:textId="77777777" w:rsidR="00E31749" w:rsidRDefault="00E31749" w:rsidP="00E31749"/>
        </w:tc>
        <w:tc>
          <w:tcPr>
            <w:tcW w:w="5845" w:type="dxa"/>
          </w:tcPr>
          <w:p w14:paraId="1FC642F0" w14:textId="77777777" w:rsidR="00E31749" w:rsidRDefault="00E31749" w:rsidP="00E31749"/>
        </w:tc>
      </w:tr>
      <w:tr w:rsidR="00E31749" w14:paraId="4BE97D1A" w14:textId="77777777" w:rsidTr="00B55038">
        <w:tc>
          <w:tcPr>
            <w:tcW w:w="805" w:type="dxa"/>
          </w:tcPr>
          <w:p w14:paraId="491FA9A1" w14:textId="77777777" w:rsidR="00E31749" w:rsidRDefault="00E31749" w:rsidP="00E31749">
            <w:pPr>
              <w:jc w:val="center"/>
            </w:pPr>
          </w:p>
        </w:tc>
        <w:tc>
          <w:tcPr>
            <w:tcW w:w="1980" w:type="dxa"/>
          </w:tcPr>
          <w:p w14:paraId="5EBB6ADD" w14:textId="55E80824" w:rsidR="00E31749" w:rsidRDefault="00E31749" w:rsidP="00E31749">
            <w:r>
              <w:t>Discussion 1</w:t>
            </w:r>
          </w:p>
        </w:tc>
        <w:tc>
          <w:tcPr>
            <w:tcW w:w="4410" w:type="dxa"/>
          </w:tcPr>
          <w:p w14:paraId="56FF9745" w14:textId="77777777" w:rsidR="00E31749" w:rsidRDefault="00E31749" w:rsidP="00E31749"/>
        </w:tc>
        <w:tc>
          <w:tcPr>
            <w:tcW w:w="1350" w:type="dxa"/>
          </w:tcPr>
          <w:p w14:paraId="265B1CFE" w14:textId="77777777" w:rsidR="00E31749" w:rsidRDefault="00E31749" w:rsidP="00E31749"/>
        </w:tc>
        <w:tc>
          <w:tcPr>
            <w:tcW w:w="5845" w:type="dxa"/>
          </w:tcPr>
          <w:p w14:paraId="1073F778" w14:textId="77777777" w:rsidR="00E31749" w:rsidRDefault="00E31749" w:rsidP="00E31749"/>
        </w:tc>
      </w:tr>
      <w:tr w:rsidR="00E31749" w14:paraId="4DBDAB3C" w14:textId="77777777" w:rsidTr="00B55038">
        <w:tc>
          <w:tcPr>
            <w:tcW w:w="805" w:type="dxa"/>
          </w:tcPr>
          <w:p w14:paraId="5771255C" w14:textId="77777777" w:rsidR="00E31749" w:rsidRDefault="00E31749" w:rsidP="00E31749">
            <w:pPr>
              <w:jc w:val="center"/>
            </w:pPr>
          </w:p>
        </w:tc>
        <w:tc>
          <w:tcPr>
            <w:tcW w:w="1980" w:type="dxa"/>
          </w:tcPr>
          <w:p w14:paraId="2AB32F3D" w14:textId="418D2E1C" w:rsidR="00E31749" w:rsidRDefault="00E31749" w:rsidP="00E31749">
            <w:r>
              <w:t>Discussion 2</w:t>
            </w:r>
          </w:p>
        </w:tc>
        <w:tc>
          <w:tcPr>
            <w:tcW w:w="4410" w:type="dxa"/>
          </w:tcPr>
          <w:p w14:paraId="3727F175" w14:textId="77777777" w:rsidR="00E31749" w:rsidRDefault="00E31749" w:rsidP="00E31749"/>
        </w:tc>
        <w:tc>
          <w:tcPr>
            <w:tcW w:w="1350" w:type="dxa"/>
          </w:tcPr>
          <w:p w14:paraId="1266D51F" w14:textId="77777777" w:rsidR="00E31749" w:rsidRDefault="00E31749" w:rsidP="00E31749"/>
        </w:tc>
        <w:tc>
          <w:tcPr>
            <w:tcW w:w="5845" w:type="dxa"/>
          </w:tcPr>
          <w:p w14:paraId="0E0AC1E8" w14:textId="77777777" w:rsidR="00E31749" w:rsidRDefault="00E31749" w:rsidP="00E31749"/>
        </w:tc>
      </w:tr>
      <w:tr w:rsidR="00E31749" w14:paraId="63F43308" w14:textId="77777777" w:rsidTr="00B55038">
        <w:tc>
          <w:tcPr>
            <w:tcW w:w="805" w:type="dxa"/>
          </w:tcPr>
          <w:p w14:paraId="3E05C523" w14:textId="77777777" w:rsidR="00E31749" w:rsidRDefault="00E31749" w:rsidP="00E31749">
            <w:pPr>
              <w:jc w:val="center"/>
            </w:pPr>
          </w:p>
        </w:tc>
        <w:tc>
          <w:tcPr>
            <w:tcW w:w="1980" w:type="dxa"/>
          </w:tcPr>
          <w:p w14:paraId="7E68A1C2" w14:textId="602ECAA0" w:rsidR="00E31749" w:rsidRDefault="00E31749" w:rsidP="00E31749">
            <w:r>
              <w:t>Writing Assignment 1</w:t>
            </w:r>
          </w:p>
        </w:tc>
        <w:tc>
          <w:tcPr>
            <w:tcW w:w="4410" w:type="dxa"/>
          </w:tcPr>
          <w:p w14:paraId="0F128BB6" w14:textId="77777777" w:rsidR="00E31749" w:rsidRDefault="00E31749" w:rsidP="00E31749"/>
        </w:tc>
        <w:tc>
          <w:tcPr>
            <w:tcW w:w="1350" w:type="dxa"/>
          </w:tcPr>
          <w:p w14:paraId="55867EE3" w14:textId="77777777" w:rsidR="00E31749" w:rsidRDefault="00E31749" w:rsidP="00E31749"/>
        </w:tc>
        <w:tc>
          <w:tcPr>
            <w:tcW w:w="5845" w:type="dxa"/>
          </w:tcPr>
          <w:p w14:paraId="23BEA607" w14:textId="77777777" w:rsidR="00E31749" w:rsidRDefault="00E31749" w:rsidP="00E31749"/>
        </w:tc>
      </w:tr>
      <w:tr w:rsidR="00E31749" w14:paraId="00B0430A" w14:textId="77777777" w:rsidTr="00B55038">
        <w:tc>
          <w:tcPr>
            <w:tcW w:w="805" w:type="dxa"/>
          </w:tcPr>
          <w:p w14:paraId="2A56A79A" w14:textId="77777777" w:rsidR="00E31749" w:rsidRDefault="00E31749" w:rsidP="00E31749">
            <w:pPr>
              <w:jc w:val="center"/>
            </w:pPr>
          </w:p>
        </w:tc>
        <w:tc>
          <w:tcPr>
            <w:tcW w:w="1980" w:type="dxa"/>
          </w:tcPr>
          <w:p w14:paraId="596895C9" w14:textId="7E204FE3" w:rsidR="00E31749" w:rsidRDefault="00E31749" w:rsidP="00E31749">
            <w:r>
              <w:t>Other (as needed)</w:t>
            </w:r>
          </w:p>
        </w:tc>
        <w:tc>
          <w:tcPr>
            <w:tcW w:w="4410" w:type="dxa"/>
          </w:tcPr>
          <w:p w14:paraId="1C472DDE" w14:textId="77777777" w:rsidR="00E31749" w:rsidRDefault="00E31749" w:rsidP="00E31749"/>
        </w:tc>
        <w:tc>
          <w:tcPr>
            <w:tcW w:w="1350" w:type="dxa"/>
          </w:tcPr>
          <w:p w14:paraId="71B75C10" w14:textId="77777777" w:rsidR="00E31749" w:rsidRDefault="00E31749" w:rsidP="00E31749"/>
        </w:tc>
        <w:tc>
          <w:tcPr>
            <w:tcW w:w="5845" w:type="dxa"/>
          </w:tcPr>
          <w:p w14:paraId="2253B76B" w14:textId="77777777" w:rsidR="00E31749" w:rsidRDefault="00E31749" w:rsidP="00E31749"/>
        </w:tc>
      </w:tr>
      <w:tr w:rsidR="00E31749" w14:paraId="55446639" w14:textId="77777777" w:rsidTr="00B55038">
        <w:tc>
          <w:tcPr>
            <w:tcW w:w="805" w:type="dxa"/>
          </w:tcPr>
          <w:p w14:paraId="05088ED5" w14:textId="77777777" w:rsidR="00E31749" w:rsidRDefault="00E31749" w:rsidP="00E31749">
            <w:pPr>
              <w:jc w:val="center"/>
            </w:pPr>
          </w:p>
        </w:tc>
        <w:tc>
          <w:tcPr>
            <w:tcW w:w="1980" w:type="dxa"/>
          </w:tcPr>
          <w:p w14:paraId="345C3DB3" w14:textId="77777777" w:rsidR="00E31749" w:rsidRDefault="00E31749" w:rsidP="00E31749"/>
        </w:tc>
        <w:tc>
          <w:tcPr>
            <w:tcW w:w="4410" w:type="dxa"/>
          </w:tcPr>
          <w:p w14:paraId="51B7C377" w14:textId="77777777" w:rsidR="00E31749" w:rsidRDefault="00E31749" w:rsidP="00E31749"/>
        </w:tc>
        <w:tc>
          <w:tcPr>
            <w:tcW w:w="1350" w:type="dxa"/>
          </w:tcPr>
          <w:p w14:paraId="11D29911" w14:textId="77777777" w:rsidR="00E31749" w:rsidRDefault="00E31749" w:rsidP="00E31749"/>
        </w:tc>
        <w:tc>
          <w:tcPr>
            <w:tcW w:w="5845" w:type="dxa"/>
          </w:tcPr>
          <w:p w14:paraId="5746E177" w14:textId="77777777" w:rsidR="00E31749" w:rsidRDefault="00E31749" w:rsidP="00E31749"/>
        </w:tc>
      </w:tr>
      <w:tr w:rsidR="00E31749" w14:paraId="1457A9F5" w14:textId="77777777" w:rsidTr="00B55038">
        <w:tc>
          <w:tcPr>
            <w:tcW w:w="805" w:type="dxa"/>
          </w:tcPr>
          <w:p w14:paraId="3C128A4D" w14:textId="77777777" w:rsidR="00E31749" w:rsidRDefault="00E31749" w:rsidP="00E31749">
            <w:pPr>
              <w:jc w:val="center"/>
            </w:pPr>
          </w:p>
        </w:tc>
        <w:tc>
          <w:tcPr>
            <w:tcW w:w="1980" w:type="dxa"/>
          </w:tcPr>
          <w:p w14:paraId="2E506D89" w14:textId="77777777" w:rsidR="00E31749" w:rsidRDefault="00E31749" w:rsidP="00E31749"/>
        </w:tc>
        <w:tc>
          <w:tcPr>
            <w:tcW w:w="4410" w:type="dxa"/>
          </w:tcPr>
          <w:p w14:paraId="5E86F822" w14:textId="77777777" w:rsidR="00E31749" w:rsidRDefault="00E31749" w:rsidP="00E31749"/>
        </w:tc>
        <w:tc>
          <w:tcPr>
            <w:tcW w:w="1350" w:type="dxa"/>
          </w:tcPr>
          <w:p w14:paraId="7AEA289C" w14:textId="77777777" w:rsidR="00E31749" w:rsidRDefault="00E31749" w:rsidP="00E31749"/>
        </w:tc>
        <w:tc>
          <w:tcPr>
            <w:tcW w:w="5845" w:type="dxa"/>
          </w:tcPr>
          <w:p w14:paraId="0424D6F8" w14:textId="77777777" w:rsidR="00E31749" w:rsidRDefault="00E31749" w:rsidP="00E31749"/>
        </w:tc>
      </w:tr>
      <w:tr w:rsidR="00E31749" w14:paraId="0FA2F399" w14:textId="77777777" w:rsidTr="00B55038">
        <w:tc>
          <w:tcPr>
            <w:tcW w:w="805" w:type="dxa"/>
          </w:tcPr>
          <w:p w14:paraId="021FE8E2" w14:textId="77777777" w:rsidR="00E31749" w:rsidRDefault="00E31749" w:rsidP="00E31749">
            <w:pPr>
              <w:jc w:val="center"/>
            </w:pPr>
          </w:p>
        </w:tc>
        <w:tc>
          <w:tcPr>
            <w:tcW w:w="1980" w:type="dxa"/>
          </w:tcPr>
          <w:p w14:paraId="1D35E784" w14:textId="77777777" w:rsidR="00E31749" w:rsidRDefault="00E31749" w:rsidP="00E31749"/>
        </w:tc>
        <w:tc>
          <w:tcPr>
            <w:tcW w:w="4410" w:type="dxa"/>
          </w:tcPr>
          <w:p w14:paraId="37FF7C63" w14:textId="77777777" w:rsidR="00E31749" w:rsidRDefault="00E31749" w:rsidP="00E31749"/>
        </w:tc>
        <w:tc>
          <w:tcPr>
            <w:tcW w:w="1350" w:type="dxa"/>
          </w:tcPr>
          <w:p w14:paraId="5F53ACBE" w14:textId="77777777" w:rsidR="00E31749" w:rsidRDefault="00E31749" w:rsidP="00E31749"/>
        </w:tc>
        <w:tc>
          <w:tcPr>
            <w:tcW w:w="5845" w:type="dxa"/>
          </w:tcPr>
          <w:p w14:paraId="2816D981" w14:textId="77777777" w:rsidR="00E31749" w:rsidRDefault="00E31749" w:rsidP="00E31749"/>
        </w:tc>
      </w:tr>
      <w:tr w:rsidR="00E31749" w14:paraId="2A6FE406" w14:textId="77777777" w:rsidTr="00B55038">
        <w:tc>
          <w:tcPr>
            <w:tcW w:w="805" w:type="dxa"/>
          </w:tcPr>
          <w:p w14:paraId="7967DDDD" w14:textId="77777777" w:rsidR="00E31749" w:rsidRDefault="00E31749" w:rsidP="00E31749">
            <w:pPr>
              <w:jc w:val="center"/>
            </w:pPr>
          </w:p>
        </w:tc>
        <w:tc>
          <w:tcPr>
            <w:tcW w:w="1980" w:type="dxa"/>
          </w:tcPr>
          <w:p w14:paraId="20B76AB6" w14:textId="77777777" w:rsidR="00E31749" w:rsidRDefault="00E31749" w:rsidP="00E31749"/>
        </w:tc>
        <w:tc>
          <w:tcPr>
            <w:tcW w:w="4410" w:type="dxa"/>
          </w:tcPr>
          <w:p w14:paraId="378592AC" w14:textId="77777777" w:rsidR="00E31749" w:rsidRDefault="00E31749" w:rsidP="00E31749"/>
        </w:tc>
        <w:tc>
          <w:tcPr>
            <w:tcW w:w="1350" w:type="dxa"/>
          </w:tcPr>
          <w:p w14:paraId="1A58A010" w14:textId="77777777" w:rsidR="00E31749" w:rsidRDefault="00E31749" w:rsidP="00E31749"/>
        </w:tc>
        <w:tc>
          <w:tcPr>
            <w:tcW w:w="5845" w:type="dxa"/>
          </w:tcPr>
          <w:p w14:paraId="5501358A" w14:textId="77777777" w:rsidR="00E31749" w:rsidRDefault="00E31749" w:rsidP="00E31749"/>
        </w:tc>
      </w:tr>
      <w:tr w:rsidR="00E31749" w14:paraId="6B7B3094" w14:textId="77777777" w:rsidTr="00B55038">
        <w:tc>
          <w:tcPr>
            <w:tcW w:w="805" w:type="dxa"/>
          </w:tcPr>
          <w:p w14:paraId="5A6875AF" w14:textId="77777777" w:rsidR="00E31749" w:rsidRDefault="00E31749" w:rsidP="00E31749">
            <w:pPr>
              <w:jc w:val="center"/>
            </w:pPr>
          </w:p>
        </w:tc>
        <w:tc>
          <w:tcPr>
            <w:tcW w:w="1980" w:type="dxa"/>
          </w:tcPr>
          <w:p w14:paraId="7477A019" w14:textId="77777777" w:rsidR="00E31749" w:rsidRDefault="00E31749" w:rsidP="00E31749"/>
        </w:tc>
        <w:tc>
          <w:tcPr>
            <w:tcW w:w="4410" w:type="dxa"/>
          </w:tcPr>
          <w:p w14:paraId="2C45E402" w14:textId="77777777" w:rsidR="00E31749" w:rsidRDefault="00E31749" w:rsidP="00E31749"/>
        </w:tc>
        <w:tc>
          <w:tcPr>
            <w:tcW w:w="1350" w:type="dxa"/>
          </w:tcPr>
          <w:p w14:paraId="1048DD32" w14:textId="77777777" w:rsidR="00E31749" w:rsidRDefault="00E31749" w:rsidP="00E31749"/>
        </w:tc>
        <w:tc>
          <w:tcPr>
            <w:tcW w:w="5845" w:type="dxa"/>
          </w:tcPr>
          <w:p w14:paraId="565A910B" w14:textId="77777777" w:rsidR="00E31749" w:rsidRDefault="00E31749" w:rsidP="00E31749"/>
        </w:tc>
      </w:tr>
      <w:tr w:rsidR="00E31749" w14:paraId="1FD02112" w14:textId="77777777" w:rsidTr="00B55038">
        <w:tc>
          <w:tcPr>
            <w:tcW w:w="805" w:type="dxa"/>
          </w:tcPr>
          <w:p w14:paraId="700398F2" w14:textId="77777777" w:rsidR="00E31749" w:rsidRDefault="00E31749" w:rsidP="00E31749">
            <w:pPr>
              <w:jc w:val="center"/>
            </w:pPr>
          </w:p>
        </w:tc>
        <w:tc>
          <w:tcPr>
            <w:tcW w:w="1980" w:type="dxa"/>
          </w:tcPr>
          <w:p w14:paraId="550F6D6E" w14:textId="77777777" w:rsidR="00E31749" w:rsidRDefault="00E31749" w:rsidP="00E31749"/>
        </w:tc>
        <w:tc>
          <w:tcPr>
            <w:tcW w:w="4410" w:type="dxa"/>
          </w:tcPr>
          <w:p w14:paraId="4BE5F5FE" w14:textId="77777777" w:rsidR="00E31749" w:rsidRDefault="00E31749" w:rsidP="00E31749"/>
        </w:tc>
        <w:tc>
          <w:tcPr>
            <w:tcW w:w="1350" w:type="dxa"/>
          </w:tcPr>
          <w:p w14:paraId="501AF3BB" w14:textId="77777777" w:rsidR="00E31749" w:rsidRDefault="00E31749" w:rsidP="00E31749"/>
        </w:tc>
        <w:tc>
          <w:tcPr>
            <w:tcW w:w="5845" w:type="dxa"/>
          </w:tcPr>
          <w:p w14:paraId="35051A56" w14:textId="77777777" w:rsidR="00E31749" w:rsidRDefault="00E31749" w:rsidP="00E31749"/>
        </w:tc>
      </w:tr>
      <w:tr w:rsidR="00E31749" w14:paraId="25729E2D" w14:textId="77777777" w:rsidTr="00B55038">
        <w:tc>
          <w:tcPr>
            <w:tcW w:w="805" w:type="dxa"/>
          </w:tcPr>
          <w:p w14:paraId="0E91827D" w14:textId="77777777" w:rsidR="00E31749" w:rsidRDefault="00E31749" w:rsidP="00E31749">
            <w:pPr>
              <w:jc w:val="center"/>
            </w:pPr>
          </w:p>
        </w:tc>
        <w:tc>
          <w:tcPr>
            <w:tcW w:w="1980" w:type="dxa"/>
          </w:tcPr>
          <w:p w14:paraId="7F47ABCE" w14:textId="77777777" w:rsidR="00E31749" w:rsidRDefault="00E31749" w:rsidP="00E31749"/>
        </w:tc>
        <w:tc>
          <w:tcPr>
            <w:tcW w:w="4410" w:type="dxa"/>
          </w:tcPr>
          <w:p w14:paraId="7B96F917" w14:textId="77777777" w:rsidR="00E31749" w:rsidRDefault="00E31749" w:rsidP="00E31749"/>
        </w:tc>
        <w:tc>
          <w:tcPr>
            <w:tcW w:w="1350" w:type="dxa"/>
          </w:tcPr>
          <w:p w14:paraId="69DEDFEA" w14:textId="77777777" w:rsidR="00E31749" w:rsidRDefault="00E31749" w:rsidP="00E31749"/>
        </w:tc>
        <w:tc>
          <w:tcPr>
            <w:tcW w:w="5845" w:type="dxa"/>
          </w:tcPr>
          <w:p w14:paraId="2640F7E4" w14:textId="77777777" w:rsidR="00E31749" w:rsidRDefault="00E31749" w:rsidP="00E31749"/>
        </w:tc>
      </w:tr>
    </w:tbl>
    <w:p w14:paraId="6522C312" w14:textId="77777777" w:rsidR="00603738" w:rsidRDefault="00603738" w:rsidP="00603738">
      <w:pPr>
        <w:rPr>
          <w:b/>
          <w:bCs/>
          <w:sz w:val="28"/>
          <w:szCs w:val="28"/>
        </w:rPr>
        <w:sectPr w:rsidR="00603738" w:rsidSect="00E31749">
          <w:pgSz w:w="15840" w:h="12240" w:orient="landscape"/>
          <w:pgMar w:top="720" w:right="720" w:bottom="720" w:left="720" w:header="720" w:footer="720" w:gutter="0"/>
          <w:cols w:space="720"/>
          <w:docGrid w:linePitch="360"/>
        </w:sectPr>
      </w:pPr>
    </w:p>
    <w:p w14:paraId="6107091C" w14:textId="24BCFD1A" w:rsidR="00603738" w:rsidRPr="005974A0" w:rsidRDefault="001A30A6" w:rsidP="00603738">
      <w:pPr>
        <w:rPr>
          <w:b/>
          <w:bCs/>
          <w:sz w:val="28"/>
          <w:szCs w:val="28"/>
        </w:rPr>
      </w:pPr>
      <w:r w:rsidRPr="005974A0">
        <w:rPr>
          <w:b/>
          <w:bCs/>
          <w:sz w:val="28"/>
          <w:szCs w:val="28"/>
        </w:rPr>
        <w:lastRenderedPageBreak/>
        <w:t>Program Mapping</w:t>
      </w:r>
    </w:p>
    <w:p w14:paraId="7B6D9548" w14:textId="709592E2" w:rsidR="001A30A6" w:rsidRPr="001A30A6" w:rsidRDefault="001A30A6" w:rsidP="00603738">
      <w:pPr>
        <w:rPr>
          <w:sz w:val="24"/>
          <w:szCs w:val="24"/>
        </w:rPr>
      </w:pPr>
      <w:r w:rsidRPr="001A30A6">
        <w:rPr>
          <w:sz w:val="24"/>
          <w:szCs w:val="24"/>
        </w:rPr>
        <w:t>This tool is to help build a rational structure for AI Integration into your programs. It uses the AI-CAM levels as reference points for consistency across the Institution.</w:t>
      </w:r>
      <w:r w:rsidR="005974A0">
        <w:rPr>
          <w:sz w:val="24"/>
          <w:szCs w:val="24"/>
        </w:rPr>
        <w:t xml:space="preserve"> </w:t>
      </w:r>
      <w:r w:rsidRPr="001A30A6">
        <w:rPr>
          <w:sz w:val="24"/>
          <w:szCs w:val="24"/>
        </w:rPr>
        <w:t xml:space="preserve">Read the instructions and then add each course to the table below with the appropriate information. </w:t>
      </w:r>
    </w:p>
    <w:p w14:paraId="55AE7C36" w14:textId="0B6A0B4B" w:rsidR="001A30A6" w:rsidRPr="001A30A6" w:rsidRDefault="001A30A6" w:rsidP="00603738">
      <w:pPr>
        <w:rPr>
          <w:sz w:val="24"/>
          <w:szCs w:val="24"/>
        </w:rPr>
      </w:pPr>
      <w:r w:rsidRPr="001A30A6">
        <w:rPr>
          <w:sz w:val="24"/>
          <w:szCs w:val="24"/>
        </w:rPr>
        <w:t>Instructions:</w:t>
      </w:r>
    </w:p>
    <w:p w14:paraId="77C7E7C3" w14:textId="79064527" w:rsidR="001A30A6" w:rsidRPr="001A30A6" w:rsidRDefault="001A30A6" w:rsidP="001A30A6">
      <w:pPr>
        <w:pStyle w:val="ListParagraph"/>
        <w:numPr>
          <w:ilvl w:val="0"/>
          <w:numId w:val="11"/>
        </w:numPr>
        <w:rPr>
          <w:sz w:val="24"/>
          <w:szCs w:val="24"/>
        </w:rPr>
      </w:pPr>
      <w:r w:rsidRPr="001A30A6">
        <w:rPr>
          <w:sz w:val="24"/>
          <w:szCs w:val="24"/>
        </w:rPr>
        <w:t>Each course may have varying AI-CAM levels applied to the assignments in that course, including discussions.</w:t>
      </w:r>
    </w:p>
    <w:p w14:paraId="5F340F6E" w14:textId="0B5C7F3F" w:rsidR="001A30A6" w:rsidRPr="001A30A6" w:rsidRDefault="001A30A6" w:rsidP="001A30A6">
      <w:pPr>
        <w:pStyle w:val="ListParagraph"/>
        <w:numPr>
          <w:ilvl w:val="0"/>
          <w:numId w:val="11"/>
        </w:numPr>
        <w:rPr>
          <w:sz w:val="24"/>
          <w:szCs w:val="24"/>
        </w:rPr>
      </w:pPr>
      <w:r w:rsidRPr="001A30A6">
        <w:rPr>
          <w:sz w:val="24"/>
          <w:szCs w:val="24"/>
        </w:rPr>
        <w:t xml:space="preserve">Only </w:t>
      </w:r>
      <w:r w:rsidR="00274F92">
        <w:rPr>
          <w:sz w:val="24"/>
          <w:szCs w:val="24"/>
        </w:rPr>
        <w:t>a few</w:t>
      </w:r>
      <w:r w:rsidRPr="001A30A6">
        <w:rPr>
          <w:sz w:val="24"/>
          <w:szCs w:val="24"/>
        </w:rPr>
        <w:t xml:space="preserve"> course</w:t>
      </w:r>
      <w:r w:rsidR="00274F92">
        <w:rPr>
          <w:sz w:val="24"/>
          <w:szCs w:val="24"/>
        </w:rPr>
        <w:t>s</w:t>
      </w:r>
      <w:r w:rsidRPr="001A30A6">
        <w:rPr>
          <w:sz w:val="24"/>
          <w:szCs w:val="24"/>
        </w:rPr>
        <w:t xml:space="preserve"> may be fully ‘0’ level courses</w:t>
      </w:r>
      <w:r w:rsidR="00274F92">
        <w:rPr>
          <w:sz w:val="24"/>
          <w:szCs w:val="24"/>
        </w:rPr>
        <w:t>, focused on developing skills apart from assistance</w:t>
      </w:r>
      <w:r w:rsidRPr="001A30A6">
        <w:rPr>
          <w:sz w:val="24"/>
          <w:szCs w:val="24"/>
        </w:rPr>
        <w:t>.</w:t>
      </w:r>
    </w:p>
    <w:p w14:paraId="3544934B" w14:textId="5E3A7ED0" w:rsidR="001A30A6" w:rsidRPr="001A30A6" w:rsidRDefault="001A30A6" w:rsidP="001A30A6">
      <w:pPr>
        <w:pStyle w:val="ListParagraph"/>
        <w:numPr>
          <w:ilvl w:val="0"/>
          <w:numId w:val="11"/>
        </w:numPr>
        <w:rPr>
          <w:sz w:val="24"/>
          <w:szCs w:val="24"/>
        </w:rPr>
      </w:pPr>
      <w:r w:rsidRPr="001A30A6">
        <w:rPr>
          <w:sz w:val="24"/>
          <w:szCs w:val="24"/>
        </w:rPr>
        <w:t>Senior courses and courses in the latter part of graduate programs should have at least some level 4 courses.</w:t>
      </w:r>
    </w:p>
    <w:p w14:paraId="3303FAF9" w14:textId="4CB0C5DC" w:rsidR="001A30A6" w:rsidRPr="001A30A6" w:rsidRDefault="001A30A6" w:rsidP="001A30A6">
      <w:pPr>
        <w:pStyle w:val="ListParagraph"/>
        <w:numPr>
          <w:ilvl w:val="0"/>
          <w:numId w:val="11"/>
        </w:numPr>
        <w:rPr>
          <w:sz w:val="24"/>
          <w:szCs w:val="24"/>
        </w:rPr>
      </w:pPr>
      <w:r w:rsidRPr="001A30A6">
        <w:rPr>
          <w:sz w:val="24"/>
          <w:szCs w:val="24"/>
        </w:rPr>
        <w:t>Level 4 courses will include at least one level 5 assignment and one or more level 3 assignments.</w:t>
      </w:r>
    </w:p>
    <w:p w14:paraId="7E1BA176" w14:textId="401D6324" w:rsidR="001A30A6" w:rsidRPr="001A30A6" w:rsidRDefault="001A30A6" w:rsidP="001A30A6">
      <w:pPr>
        <w:pStyle w:val="ListParagraph"/>
        <w:numPr>
          <w:ilvl w:val="0"/>
          <w:numId w:val="11"/>
        </w:numPr>
        <w:rPr>
          <w:sz w:val="24"/>
          <w:szCs w:val="24"/>
        </w:rPr>
      </w:pPr>
      <w:r w:rsidRPr="001A30A6">
        <w:rPr>
          <w:sz w:val="24"/>
          <w:szCs w:val="24"/>
        </w:rPr>
        <w:t xml:space="preserve">Level 6 courses will include a balance of level 5 assignments and purposeful faculty presence, ideally in face-to-face meetings either physically or by video conference. </w:t>
      </w:r>
    </w:p>
    <w:p w14:paraId="0BCC8E72" w14:textId="62008CAF" w:rsidR="001A30A6" w:rsidRDefault="001A30A6" w:rsidP="001A30A6">
      <w:pPr>
        <w:rPr>
          <w:sz w:val="24"/>
          <w:szCs w:val="24"/>
        </w:rPr>
      </w:pPr>
      <w:r w:rsidRPr="001A30A6">
        <w:rPr>
          <w:sz w:val="24"/>
          <w:szCs w:val="24"/>
        </w:rPr>
        <w:t xml:space="preserve">Program </w:t>
      </w:r>
      <w:proofErr w:type="gramStart"/>
      <w:r w:rsidRPr="001A30A6">
        <w:rPr>
          <w:sz w:val="24"/>
          <w:szCs w:val="24"/>
        </w:rPr>
        <w:t>Name:</w:t>
      </w:r>
      <w:r>
        <w:rPr>
          <w:sz w:val="24"/>
          <w:szCs w:val="24"/>
        </w:rPr>
        <w:t>_</w:t>
      </w:r>
      <w:proofErr w:type="gramEnd"/>
      <w:r>
        <w:rPr>
          <w:sz w:val="24"/>
          <w:szCs w:val="24"/>
        </w:rPr>
        <w:t>__________________________________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5"/>
        <w:gridCol w:w="5310"/>
        <w:gridCol w:w="1350"/>
        <w:gridCol w:w="630"/>
        <w:gridCol w:w="630"/>
        <w:gridCol w:w="630"/>
        <w:gridCol w:w="630"/>
        <w:gridCol w:w="535"/>
      </w:tblGrid>
      <w:tr w:rsidR="005974A0" w:rsidRPr="005974A0" w14:paraId="2677DD8F" w14:textId="77777777" w:rsidTr="005974A0">
        <w:tc>
          <w:tcPr>
            <w:tcW w:w="1075" w:type="dxa"/>
            <w:tcBorders>
              <w:bottom w:val="nil"/>
            </w:tcBorders>
          </w:tcPr>
          <w:p w14:paraId="4EE6D561" w14:textId="2E0C226D" w:rsidR="005974A0" w:rsidRPr="005974A0" w:rsidRDefault="005974A0" w:rsidP="001A30A6">
            <w:pPr>
              <w:rPr>
                <w:szCs w:val="20"/>
              </w:rPr>
            </w:pPr>
          </w:p>
        </w:tc>
        <w:tc>
          <w:tcPr>
            <w:tcW w:w="5310" w:type="dxa"/>
            <w:tcBorders>
              <w:bottom w:val="nil"/>
            </w:tcBorders>
          </w:tcPr>
          <w:p w14:paraId="0894C162" w14:textId="25399B6B" w:rsidR="005974A0" w:rsidRPr="005974A0" w:rsidRDefault="005974A0" w:rsidP="001A30A6">
            <w:pPr>
              <w:rPr>
                <w:szCs w:val="20"/>
              </w:rPr>
            </w:pPr>
          </w:p>
        </w:tc>
        <w:tc>
          <w:tcPr>
            <w:tcW w:w="1350" w:type="dxa"/>
            <w:tcBorders>
              <w:bottom w:val="nil"/>
            </w:tcBorders>
          </w:tcPr>
          <w:p w14:paraId="4DCB8998" w14:textId="72759DF4" w:rsidR="005974A0" w:rsidRPr="005974A0" w:rsidRDefault="005974A0" w:rsidP="001A30A6">
            <w:pPr>
              <w:rPr>
                <w:szCs w:val="20"/>
              </w:rPr>
            </w:pPr>
          </w:p>
        </w:tc>
        <w:tc>
          <w:tcPr>
            <w:tcW w:w="3055" w:type="dxa"/>
            <w:gridSpan w:val="5"/>
          </w:tcPr>
          <w:p w14:paraId="612368C9" w14:textId="09F85003" w:rsidR="005974A0" w:rsidRPr="005974A0" w:rsidRDefault="005974A0" w:rsidP="005974A0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Number of assignments at different AI-CAM levels</w:t>
            </w:r>
          </w:p>
        </w:tc>
      </w:tr>
      <w:tr w:rsidR="005974A0" w:rsidRPr="005974A0" w14:paraId="21650A55" w14:textId="77777777" w:rsidTr="005974A0">
        <w:tc>
          <w:tcPr>
            <w:tcW w:w="1075" w:type="dxa"/>
            <w:tcBorders>
              <w:top w:val="nil"/>
            </w:tcBorders>
          </w:tcPr>
          <w:p w14:paraId="5F7B780F" w14:textId="5A6CA3A9" w:rsidR="005974A0" w:rsidRPr="005974A0" w:rsidRDefault="005974A0" w:rsidP="005974A0">
            <w:pPr>
              <w:rPr>
                <w:szCs w:val="20"/>
              </w:rPr>
            </w:pPr>
            <w:r w:rsidRPr="005974A0">
              <w:rPr>
                <w:szCs w:val="20"/>
              </w:rPr>
              <w:t>C</w:t>
            </w:r>
            <w:r>
              <w:rPr>
                <w:szCs w:val="20"/>
              </w:rPr>
              <w:t>ourse ID</w:t>
            </w:r>
          </w:p>
        </w:tc>
        <w:tc>
          <w:tcPr>
            <w:tcW w:w="5310" w:type="dxa"/>
            <w:tcBorders>
              <w:top w:val="nil"/>
            </w:tcBorders>
          </w:tcPr>
          <w:p w14:paraId="1EB9D1BC" w14:textId="14CF5EC4" w:rsidR="005974A0" w:rsidRPr="005974A0" w:rsidRDefault="005974A0" w:rsidP="005974A0">
            <w:pPr>
              <w:rPr>
                <w:szCs w:val="20"/>
              </w:rPr>
            </w:pPr>
            <w:r>
              <w:rPr>
                <w:szCs w:val="20"/>
              </w:rPr>
              <w:t>Course Name</w:t>
            </w:r>
          </w:p>
        </w:tc>
        <w:tc>
          <w:tcPr>
            <w:tcW w:w="1350" w:type="dxa"/>
            <w:tcBorders>
              <w:top w:val="nil"/>
            </w:tcBorders>
          </w:tcPr>
          <w:p w14:paraId="59AFDD8E" w14:textId="72734CE8" w:rsidR="005974A0" w:rsidRPr="005974A0" w:rsidRDefault="005974A0" w:rsidP="005974A0">
            <w:pPr>
              <w:rPr>
                <w:szCs w:val="20"/>
              </w:rPr>
            </w:pPr>
            <w:r>
              <w:rPr>
                <w:szCs w:val="20"/>
              </w:rPr>
              <w:t>AI-CAM Level</w:t>
            </w:r>
          </w:p>
        </w:tc>
        <w:tc>
          <w:tcPr>
            <w:tcW w:w="630" w:type="dxa"/>
          </w:tcPr>
          <w:p w14:paraId="4AD37CA2" w14:textId="2F6FF253" w:rsidR="005974A0" w:rsidRPr="005974A0" w:rsidRDefault="005974A0" w:rsidP="005974A0">
            <w:pPr>
              <w:rPr>
                <w:szCs w:val="20"/>
              </w:rPr>
            </w:pPr>
            <w:r>
              <w:rPr>
                <w:szCs w:val="20"/>
              </w:rPr>
              <w:t>0</w:t>
            </w:r>
          </w:p>
        </w:tc>
        <w:tc>
          <w:tcPr>
            <w:tcW w:w="630" w:type="dxa"/>
          </w:tcPr>
          <w:p w14:paraId="2E6129D8" w14:textId="2243DCF0" w:rsidR="005974A0" w:rsidRPr="005974A0" w:rsidRDefault="005974A0" w:rsidP="005974A0">
            <w:pPr>
              <w:rPr>
                <w:szCs w:val="20"/>
              </w:rPr>
            </w:pPr>
            <w:r>
              <w:rPr>
                <w:szCs w:val="20"/>
              </w:rPr>
              <w:t>1</w:t>
            </w:r>
          </w:p>
        </w:tc>
        <w:tc>
          <w:tcPr>
            <w:tcW w:w="630" w:type="dxa"/>
          </w:tcPr>
          <w:p w14:paraId="608F18E3" w14:textId="5AC0BE0C" w:rsidR="005974A0" w:rsidRPr="005974A0" w:rsidRDefault="005974A0" w:rsidP="005974A0">
            <w:pPr>
              <w:rPr>
                <w:szCs w:val="20"/>
              </w:rPr>
            </w:pPr>
            <w:r>
              <w:rPr>
                <w:szCs w:val="20"/>
              </w:rPr>
              <w:t>2</w:t>
            </w:r>
          </w:p>
        </w:tc>
        <w:tc>
          <w:tcPr>
            <w:tcW w:w="630" w:type="dxa"/>
          </w:tcPr>
          <w:p w14:paraId="6CBA9900" w14:textId="6EB98EC3" w:rsidR="005974A0" w:rsidRPr="005974A0" w:rsidRDefault="005974A0" w:rsidP="005974A0">
            <w:pPr>
              <w:rPr>
                <w:szCs w:val="20"/>
              </w:rPr>
            </w:pPr>
            <w:r>
              <w:rPr>
                <w:szCs w:val="20"/>
              </w:rPr>
              <w:t>3</w:t>
            </w:r>
          </w:p>
        </w:tc>
        <w:tc>
          <w:tcPr>
            <w:tcW w:w="535" w:type="dxa"/>
          </w:tcPr>
          <w:p w14:paraId="4D8C7B5A" w14:textId="5FA6BDF5" w:rsidR="005974A0" w:rsidRPr="005974A0" w:rsidRDefault="005974A0" w:rsidP="005974A0">
            <w:pPr>
              <w:rPr>
                <w:szCs w:val="20"/>
              </w:rPr>
            </w:pPr>
            <w:r>
              <w:rPr>
                <w:szCs w:val="20"/>
              </w:rPr>
              <w:t>5</w:t>
            </w:r>
          </w:p>
        </w:tc>
      </w:tr>
      <w:tr w:rsidR="005974A0" w:rsidRPr="005974A0" w14:paraId="4980158E" w14:textId="77777777" w:rsidTr="005974A0">
        <w:tc>
          <w:tcPr>
            <w:tcW w:w="1075" w:type="dxa"/>
          </w:tcPr>
          <w:p w14:paraId="3C4A222A" w14:textId="77777777" w:rsidR="005974A0" w:rsidRPr="005974A0" w:rsidRDefault="005974A0" w:rsidP="005974A0">
            <w:pPr>
              <w:rPr>
                <w:szCs w:val="20"/>
              </w:rPr>
            </w:pPr>
          </w:p>
        </w:tc>
        <w:tc>
          <w:tcPr>
            <w:tcW w:w="5310" w:type="dxa"/>
          </w:tcPr>
          <w:p w14:paraId="030D8372" w14:textId="77777777" w:rsidR="005974A0" w:rsidRPr="005974A0" w:rsidRDefault="005974A0" w:rsidP="005974A0">
            <w:pPr>
              <w:rPr>
                <w:szCs w:val="20"/>
              </w:rPr>
            </w:pPr>
          </w:p>
        </w:tc>
        <w:tc>
          <w:tcPr>
            <w:tcW w:w="1350" w:type="dxa"/>
          </w:tcPr>
          <w:p w14:paraId="38786C41" w14:textId="77777777" w:rsidR="005974A0" w:rsidRPr="005974A0" w:rsidRDefault="005974A0" w:rsidP="005974A0">
            <w:pPr>
              <w:rPr>
                <w:szCs w:val="20"/>
              </w:rPr>
            </w:pPr>
          </w:p>
        </w:tc>
        <w:tc>
          <w:tcPr>
            <w:tcW w:w="630" w:type="dxa"/>
          </w:tcPr>
          <w:p w14:paraId="7EDDCA29" w14:textId="77777777" w:rsidR="005974A0" w:rsidRPr="005974A0" w:rsidRDefault="005974A0" w:rsidP="005974A0">
            <w:pPr>
              <w:rPr>
                <w:szCs w:val="20"/>
              </w:rPr>
            </w:pPr>
          </w:p>
        </w:tc>
        <w:tc>
          <w:tcPr>
            <w:tcW w:w="630" w:type="dxa"/>
          </w:tcPr>
          <w:p w14:paraId="1DA181DB" w14:textId="77777777" w:rsidR="005974A0" w:rsidRPr="005974A0" w:rsidRDefault="005974A0" w:rsidP="005974A0">
            <w:pPr>
              <w:rPr>
                <w:szCs w:val="20"/>
              </w:rPr>
            </w:pPr>
          </w:p>
        </w:tc>
        <w:tc>
          <w:tcPr>
            <w:tcW w:w="630" w:type="dxa"/>
          </w:tcPr>
          <w:p w14:paraId="57FF64E1" w14:textId="77777777" w:rsidR="005974A0" w:rsidRPr="005974A0" w:rsidRDefault="005974A0" w:rsidP="005974A0">
            <w:pPr>
              <w:rPr>
                <w:szCs w:val="20"/>
              </w:rPr>
            </w:pPr>
          </w:p>
        </w:tc>
        <w:tc>
          <w:tcPr>
            <w:tcW w:w="630" w:type="dxa"/>
          </w:tcPr>
          <w:p w14:paraId="7BCE0006" w14:textId="77777777" w:rsidR="005974A0" w:rsidRPr="005974A0" w:rsidRDefault="005974A0" w:rsidP="005974A0">
            <w:pPr>
              <w:rPr>
                <w:szCs w:val="20"/>
              </w:rPr>
            </w:pPr>
          </w:p>
        </w:tc>
        <w:tc>
          <w:tcPr>
            <w:tcW w:w="535" w:type="dxa"/>
          </w:tcPr>
          <w:p w14:paraId="28E3E2CA" w14:textId="77777777" w:rsidR="005974A0" w:rsidRPr="005974A0" w:rsidRDefault="005974A0" w:rsidP="005974A0">
            <w:pPr>
              <w:rPr>
                <w:szCs w:val="20"/>
              </w:rPr>
            </w:pPr>
          </w:p>
        </w:tc>
      </w:tr>
      <w:tr w:rsidR="005974A0" w:rsidRPr="005974A0" w14:paraId="004C347D" w14:textId="77777777" w:rsidTr="005974A0">
        <w:tc>
          <w:tcPr>
            <w:tcW w:w="1075" w:type="dxa"/>
          </w:tcPr>
          <w:p w14:paraId="51C7CEF0" w14:textId="77777777" w:rsidR="005974A0" w:rsidRPr="005974A0" w:rsidRDefault="005974A0" w:rsidP="005974A0">
            <w:pPr>
              <w:rPr>
                <w:szCs w:val="20"/>
              </w:rPr>
            </w:pPr>
          </w:p>
        </w:tc>
        <w:tc>
          <w:tcPr>
            <w:tcW w:w="5310" w:type="dxa"/>
          </w:tcPr>
          <w:p w14:paraId="795AABAB" w14:textId="77777777" w:rsidR="005974A0" w:rsidRPr="005974A0" w:rsidRDefault="005974A0" w:rsidP="005974A0">
            <w:pPr>
              <w:rPr>
                <w:szCs w:val="20"/>
              </w:rPr>
            </w:pPr>
          </w:p>
        </w:tc>
        <w:tc>
          <w:tcPr>
            <w:tcW w:w="1350" w:type="dxa"/>
          </w:tcPr>
          <w:p w14:paraId="2678C133" w14:textId="77777777" w:rsidR="005974A0" w:rsidRPr="005974A0" w:rsidRDefault="005974A0" w:rsidP="005974A0">
            <w:pPr>
              <w:rPr>
                <w:szCs w:val="20"/>
              </w:rPr>
            </w:pPr>
          </w:p>
        </w:tc>
        <w:tc>
          <w:tcPr>
            <w:tcW w:w="630" w:type="dxa"/>
          </w:tcPr>
          <w:p w14:paraId="01988198" w14:textId="77777777" w:rsidR="005974A0" w:rsidRPr="005974A0" w:rsidRDefault="005974A0" w:rsidP="005974A0">
            <w:pPr>
              <w:rPr>
                <w:szCs w:val="20"/>
              </w:rPr>
            </w:pPr>
          </w:p>
        </w:tc>
        <w:tc>
          <w:tcPr>
            <w:tcW w:w="630" w:type="dxa"/>
          </w:tcPr>
          <w:p w14:paraId="52B0634F" w14:textId="77777777" w:rsidR="005974A0" w:rsidRPr="005974A0" w:rsidRDefault="005974A0" w:rsidP="005974A0">
            <w:pPr>
              <w:rPr>
                <w:szCs w:val="20"/>
              </w:rPr>
            </w:pPr>
          </w:p>
        </w:tc>
        <w:tc>
          <w:tcPr>
            <w:tcW w:w="630" w:type="dxa"/>
          </w:tcPr>
          <w:p w14:paraId="53DEA54A" w14:textId="77777777" w:rsidR="005974A0" w:rsidRPr="005974A0" w:rsidRDefault="005974A0" w:rsidP="005974A0">
            <w:pPr>
              <w:rPr>
                <w:szCs w:val="20"/>
              </w:rPr>
            </w:pPr>
          </w:p>
        </w:tc>
        <w:tc>
          <w:tcPr>
            <w:tcW w:w="630" w:type="dxa"/>
          </w:tcPr>
          <w:p w14:paraId="1F77FA27" w14:textId="77777777" w:rsidR="005974A0" w:rsidRPr="005974A0" w:rsidRDefault="005974A0" w:rsidP="005974A0">
            <w:pPr>
              <w:rPr>
                <w:szCs w:val="20"/>
              </w:rPr>
            </w:pPr>
          </w:p>
        </w:tc>
        <w:tc>
          <w:tcPr>
            <w:tcW w:w="535" w:type="dxa"/>
          </w:tcPr>
          <w:p w14:paraId="58C45DB8" w14:textId="77777777" w:rsidR="005974A0" w:rsidRPr="005974A0" w:rsidRDefault="005974A0" w:rsidP="005974A0">
            <w:pPr>
              <w:rPr>
                <w:szCs w:val="20"/>
              </w:rPr>
            </w:pPr>
          </w:p>
        </w:tc>
      </w:tr>
      <w:tr w:rsidR="005974A0" w:rsidRPr="005974A0" w14:paraId="0665A26C" w14:textId="77777777" w:rsidTr="005974A0">
        <w:tc>
          <w:tcPr>
            <w:tcW w:w="1075" w:type="dxa"/>
          </w:tcPr>
          <w:p w14:paraId="06864E52" w14:textId="77777777" w:rsidR="005974A0" w:rsidRPr="005974A0" w:rsidRDefault="005974A0" w:rsidP="005974A0">
            <w:pPr>
              <w:rPr>
                <w:szCs w:val="20"/>
              </w:rPr>
            </w:pPr>
          </w:p>
        </w:tc>
        <w:tc>
          <w:tcPr>
            <w:tcW w:w="5310" w:type="dxa"/>
          </w:tcPr>
          <w:p w14:paraId="69774806" w14:textId="77777777" w:rsidR="005974A0" w:rsidRPr="005974A0" w:rsidRDefault="005974A0" w:rsidP="005974A0">
            <w:pPr>
              <w:rPr>
                <w:szCs w:val="20"/>
              </w:rPr>
            </w:pPr>
          </w:p>
        </w:tc>
        <w:tc>
          <w:tcPr>
            <w:tcW w:w="1350" w:type="dxa"/>
          </w:tcPr>
          <w:p w14:paraId="20130B26" w14:textId="77777777" w:rsidR="005974A0" w:rsidRPr="005974A0" w:rsidRDefault="005974A0" w:rsidP="005974A0">
            <w:pPr>
              <w:rPr>
                <w:szCs w:val="20"/>
              </w:rPr>
            </w:pPr>
          </w:p>
        </w:tc>
        <w:tc>
          <w:tcPr>
            <w:tcW w:w="630" w:type="dxa"/>
          </w:tcPr>
          <w:p w14:paraId="159F72E5" w14:textId="77777777" w:rsidR="005974A0" w:rsidRPr="005974A0" w:rsidRDefault="005974A0" w:rsidP="005974A0">
            <w:pPr>
              <w:rPr>
                <w:szCs w:val="20"/>
              </w:rPr>
            </w:pPr>
          </w:p>
        </w:tc>
        <w:tc>
          <w:tcPr>
            <w:tcW w:w="630" w:type="dxa"/>
          </w:tcPr>
          <w:p w14:paraId="2107769D" w14:textId="77777777" w:rsidR="005974A0" w:rsidRPr="005974A0" w:rsidRDefault="005974A0" w:rsidP="005974A0">
            <w:pPr>
              <w:rPr>
                <w:szCs w:val="20"/>
              </w:rPr>
            </w:pPr>
          </w:p>
        </w:tc>
        <w:tc>
          <w:tcPr>
            <w:tcW w:w="630" w:type="dxa"/>
          </w:tcPr>
          <w:p w14:paraId="365E1A16" w14:textId="77777777" w:rsidR="005974A0" w:rsidRPr="005974A0" w:rsidRDefault="005974A0" w:rsidP="005974A0">
            <w:pPr>
              <w:rPr>
                <w:szCs w:val="20"/>
              </w:rPr>
            </w:pPr>
          </w:p>
        </w:tc>
        <w:tc>
          <w:tcPr>
            <w:tcW w:w="630" w:type="dxa"/>
          </w:tcPr>
          <w:p w14:paraId="531B888C" w14:textId="77777777" w:rsidR="005974A0" w:rsidRPr="005974A0" w:rsidRDefault="005974A0" w:rsidP="005974A0">
            <w:pPr>
              <w:rPr>
                <w:szCs w:val="20"/>
              </w:rPr>
            </w:pPr>
          </w:p>
        </w:tc>
        <w:tc>
          <w:tcPr>
            <w:tcW w:w="535" w:type="dxa"/>
          </w:tcPr>
          <w:p w14:paraId="6252326E" w14:textId="77777777" w:rsidR="005974A0" w:rsidRPr="005974A0" w:rsidRDefault="005974A0" w:rsidP="005974A0">
            <w:pPr>
              <w:rPr>
                <w:szCs w:val="20"/>
              </w:rPr>
            </w:pPr>
          </w:p>
        </w:tc>
      </w:tr>
      <w:tr w:rsidR="005974A0" w:rsidRPr="005974A0" w14:paraId="44C9776A" w14:textId="77777777" w:rsidTr="005974A0">
        <w:tc>
          <w:tcPr>
            <w:tcW w:w="1075" w:type="dxa"/>
          </w:tcPr>
          <w:p w14:paraId="0414B166" w14:textId="77777777" w:rsidR="005974A0" w:rsidRPr="005974A0" w:rsidRDefault="005974A0" w:rsidP="005974A0">
            <w:pPr>
              <w:rPr>
                <w:szCs w:val="20"/>
              </w:rPr>
            </w:pPr>
          </w:p>
        </w:tc>
        <w:tc>
          <w:tcPr>
            <w:tcW w:w="5310" w:type="dxa"/>
          </w:tcPr>
          <w:p w14:paraId="28E65752" w14:textId="77777777" w:rsidR="005974A0" w:rsidRPr="005974A0" w:rsidRDefault="005974A0" w:rsidP="005974A0">
            <w:pPr>
              <w:rPr>
                <w:szCs w:val="20"/>
              </w:rPr>
            </w:pPr>
          </w:p>
        </w:tc>
        <w:tc>
          <w:tcPr>
            <w:tcW w:w="1350" w:type="dxa"/>
          </w:tcPr>
          <w:p w14:paraId="27B0A049" w14:textId="77777777" w:rsidR="005974A0" w:rsidRPr="005974A0" w:rsidRDefault="005974A0" w:rsidP="005974A0">
            <w:pPr>
              <w:rPr>
                <w:szCs w:val="20"/>
              </w:rPr>
            </w:pPr>
          </w:p>
        </w:tc>
        <w:tc>
          <w:tcPr>
            <w:tcW w:w="630" w:type="dxa"/>
          </w:tcPr>
          <w:p w14:paraId="3E01CC8A" w14:textId="77777777" w:rsidR="005974A0" w:rsidRPr="005974A0" w:rsidRDefault="005974A0" w:rsidP="005974A0">
            <w:pPr>
              <w:rPr>
                <w:szCs w:val="20"/>
              </w:rPr>
            </w:pPr>
          </w:p>
        </w:tc>
        <w:tc>
          <w:tcPr>
            <w:tcW w:w="630" w:type="dxa"/>
          </w:tcPr>
          <w:p w14:paraId="66109090" w14:textId="77777777" w:rsidR="005974A0" w:rsidRPr="005974A0" w:rsidRDefault="005974A0" w:rsidP="005974A0">
            <w:pPr>
              <w:rPr>
                <w:szCs w:val="20"/>
              </w:rPr>
            </w:pPr>
          </w:p>
        </w:tc>
        <w:tc>
          <w:tcPr>
            <w:tcW w:w="630" w:type="dxa"/>
          </w:tcPr>
          <w:p w14:paraId="2486DAA0" w14:textId="77777777" w:rsidR="005974A0" w:rsidRPr="005974A0" w:rsidRDefault="005974A0" w:rsidP="005974A0">
            <w:pPr>
              <w:rPr>
                <w:szCs w:val="20"/>
              </w:rPr>
            </w:pPr>
          </w:p>
        </w:tc>
        <w:tc>
          <w:tcPr>
            <w:tcW w:w="630" w:type="dxa"/>
          </w:tcPr>
          <w:p w14:paraId="647DFEB2" w14:textId="77777777" w:rsidR="005974A0" w:rsidRPr="005974A0" w:rsidRDefault="005974A0" w:rsidP="005974A0">
            <w:pPr>
              <w:rPr>
                <w:szCs w:val="20"/>
              </w:rPr>
            </w:pPr>
          </w:p>
        </w:tc>
        <w:tc>
          <w:tcPr>
            <w:tcW w:w="535" w:type="dxa"/>
          </w:tcPr>
          <w:p w14:paraId="50A0D2F2" w14:textId="77777777" w:rsidR="005974A0" w:rsidRPr="005974A0" w:rsidRDefault="005974A0" w:rsidP="005974A0">
            <w:pPr>
              <w:rPr>
                <w:szCs w:val="20"/>
              </w:rPr>
            </w:pPr>
          </w:p>
        </w:tc>
      </w:tr>
      <w:tr w:rsidR="005974A0" w:rsidRPr="005974A0" w14:paraId="55B70595" w14:textId="77777777" w:rsidTr="005974A0">
        <w:tc>
          <w:tcPr>
            <w:tcW w:w="1075" w:type="dxa"/>
          </w:tcPr>
          <w:p w14:paraId="7FF6EDC1" w14:textId="77777777" w:rsidR="005974A0" w:rsidRPr="005974A0" w:rsidRDefault="005974A0" w:rsidP="005974A0">
            <w:pPr>
              <w:rPr>
                <w:szCs w:val="20"/>
              </w:rPr>
            </w:pPr>
          </w:p>
        </w:tc>
        <w:tc>
          <w:tcPr>
            <w:tcW w:w="5310" w:type="dxa"/>
          </w:tcPr>
          <w:p w14:paraId="3F0BF38F" w14:textId="77777777" w:rsidR="005974A0" w:rsidRPr="005974A0" w:rsidRDefault="005974A0" w:rsidP="005974A0">
            <w:pPr>
              <w:rPr>
                <w:szCs w:val="20"/>
              </w:rPr>
            </w:pPr>
          </w:p>
        </w:tc>
        <w:tc>
          <w:tcPr>
            <w:tcW w:w="1350" w:type="dxa"/>
          </w:tcPr>
          <w:p w14:paraId="488B84E6" w14:textId="77777777" w:rsidR="005974A0" w:rsidRPr="005974A0" w:rsidRDefault="005974A0" w:rsidP="005974A0">
            <w:pPr>
              <w:rPr>
                <w:szCs w:val="20"/>
              </w:rPr>
            </w:pPr>
          </w:p>
        </w:tc>
        <w:tc>
          <w:tcPr>
            <w:tcW w:w="630" w:type="dxa"/>
          </w:tcPr>
          <w:p w14:paraId="2B763E21" w14:textId="77777777" w:rsidR="005974A0" w:rsidRPr="005974A0" w:rsidRDefault="005974A0" w:rsidP="005974A0">
            <w:pPr>
              <w:rPr>
                <w:szCs w:val="20"/>
              </w:rPr>
            </w:pPr>
          </w:p>
        </w:tc>
        <w:tc>
          <w:tcPr>
            <w:tcW w:w="630" w:type="dxa"/>
          </w:tcPr>
          <w:p w14:paraId="723A31E8" w14:textId="77777777" w:rsidR="005974A0" w:rsidRPr="005974A0" w:rsidRDefault="005974A0" w:rsidP="005974A0">
            <w:pPr>
              <w:rPr>
                <w:szCs w:val="20"/>
              </w:rPr>
            </w:pPr>
          </w:p>
        </w:tc>
        <w:tc>
          <w:tcPr>
            <w:tcW w:w="630" w:type="dxa"/>
          </w:tcPr>
          <w:p w14:paraId="3D997AC8" w14:textId="77777777" w:rsidR="005974A0" w:rsidRPr="005974A0" w:rsidRDefault="005974A0" w:rsidP="005974A0">
            <w:pPr>
              <w:rPr>
                <w:szCs w:val="20"/>
              </w:rPr>
            </w:pPr>
          </w:p>
        </w:tc>
        <w:tc>
          <w:tcPr>
            <w:tcW w:w="630" w:type="dxa"/>
          </w:tcPr>
          <w:p w14:paraId="44081AE8" w14:textId="77777777" w:rsidR="005974A0" w:rsidRPr="005974A0" w:rsidRDefault="005974A0" w:rsidP="005974A0">
            <w:pPr>
              <w:rPr>
                <w:szCs w:val="20"/>
              </w:rPr>
            </w:pPr>
          </w:p>
        </w:tc>
        <w:tc>
          <w:tcPr>
            <w:tcW w:w="535" w:type="dxa"/>
          </w:tcPr>
          <w:p w14:paraId="05FCFE5E" w14:textId="77777777" w:rsidR="005974A0" w:rsidRPr="005974A0" w:rsidRDefault="005974A0" w:rsidP="005974A0">
            <w:pPr>
              <w:rPr>
                <w:szCs w:val="20"/>
              </w:rPr>
            </w:pPr>
          </w:p>
        </w:tc>
      </w:tr>
      <w:tr w:rsidR="005974A0" w:rsidRPr="005974A0" w14:paraId="7A559A2D" w14:textId="77777777" w:rsidTr="005974A0">
        <w:tc>
          <w:tcPr>
            <w:tcW w:w="1075" w:type="dxa"/>
          </w:tcPr>
          <w:p w14:paraId="695E1020" w14:textId="77777777" w:rsidR="005974A0" w:rsidRPr="005974A0" w:rsidRDefault="005974A0" w:rsidP="005974A0">
            <w:pPr>
              <w:rPr>
                <w:szCs w:val="20"/>
              </w:rPr>
            </w:pPr>
          </w:p>
        </w:tc>
        <w:tc>
          <w:tcPr>
            <w:tcW w:w="5310" w:type="dxa"/>
          </w:tcPr>
          <w:p w14:paraId="589D8426" w14:textId="77777777" w:rsidR="005974A0" w:rsidRPr="005974A0" w:rsidRDefault="005974A0" w:rsidP="005974A0">
            <w:pPr>
              <w:rPr>
                <w:szCs w:val="20"/>
              </w:rPr>
            </w:pPr>
          </w:p>
        </w:tc>
        <w:tc>
          <w:tcPr>
            <w:tcW w:w="1350" w:type="dxa"/>
          </w:tcPr>
          <w:p w14:paraId="2DE38E8E" w14:textId="77777777" w:rsidR="005974A0" w:rsidRPr="005974A0" w:rsidRDefault="005974A0" w:rsidP="005974A0">
            <w:pPr>
              <w:rPr>
                <w:szCs w:val="20"/>
              </w:rPr>
            </w:pPr>
          </w:p>
        </w:tc>
        <w:tc>
          <w:tcPr>
            <w:tcW w:w="630" w:type="dxa"/>
          </w:tcPr>
          <w:p w14:paraId="0DE0B4E1" w14:textId="77777777" w:rsidR="005974A0" w:rsidRPr="005974A0" w:rsidRDefault="005974A0" w:rsidP="005974A0">
            <w:pPr>
              <w:rPr>
                <w:szCs w:val="20"/>
              </w:rPr>
            </w:pPr>
          </w:p>
        </w:tc>
        <w:tc>
          <w:tcPr>
            <w:tcW w:w="630" w:type="dxa"/>
          </w:tcPr>
          <w:p w14:paraId="0087E6AC" w14:textId="77777777" w:rsidR="005974A0" w:rsidRPr="005974A0" w:rsidRDefault="005974A0" w:rsidP="005974A0">
            <w:pPr>
              <w:rPr>
                <w:szCs w:val="20"/>
              </w:rPr>
            </w:pPr>
          </w:p>
        </w:tc>
        <w:tc>
          <w:tcPr>
            <w:tcW w:w="630" w:type="dxa"/>
          </w:tcPr>
          <w:p w14:paraId="78A8FA2C" w14:textId="77777777" w:rsidR="005974A0" w:rsidRPr="005974A0" w:rsidRDefault="005974A0" w:rsidP="005974A0">
            <w:pPr>
              <w:rPr>
                <w:szCs w:val="20"/>
              </w:rPr>
            </w:pPr>
          </w:p>
        </w:tc>
        <w:tc>
          <w:tcPr>
            <w:tcW w:w="630" w:type="dxa"/>
          </w:tcPr>
          <w:p w14:paraId="059251D7" w14:textId="77777777" w:rsidR="005974A0" w:rsidRPr="005974A0" w:rsidRDefault="005974A0" w:rsidP="005974A0">
            <w:pPr>
              <w:rPr>
                <w:szCs w:val="20"/>
              </w:rPr>
            </w:pPr>
          </w:p>
        </w:tc>
        <w:tc>
          <w:tcPr>
            <w:tcW w:w="535" w:type="dxa"/>
          </w:tcPr>
          <w:p w14:paraId="595A5AAE" w14:textId="77777777" w:rsidR="005974A0" w:rsidRPr="005974A0" w:rsidRDefault="005974A0" w:rsidP="005974A0">
            <w:pPr>
              <w:rPr>
                <w:szCs w:val="20"/>
              </w:rPr>
            </w:pPr>
          </w:p>
        </w:tc>
      </w:tr>
      <w:tr w:rsidR="005974A0" w:rsidRPr="005974A0" w14:paraId="376F1719" w14:textId="77777777" w:rsidTr="005974A0">
        <w:tc>
          <w:tcPr>
            <w:tcW w:w="1075" w:type="dxa"/>
          </w:tcPr>
          <w:p w14:paraId="1E24648B" w14:textId="77777777" w:rsidR="005974A0" w:rsidRPr="005974A0" w:rsidRDefault="005974A0" w:rsidP="005974A0">
            <w:pPr>
              <w:rPr>
                <w:szCs w:val="20"/>
              </w:rPr>
            </w:pPr>
          </w:p>
        </w:tc>
        <w:tc>
          <w:tcPr>
            <w:tcW w:w="5310" w:type="dxa"/>
          </w:tcPr>
          <w:p w14:paraId="7531EFFA" w14:textId="77777777" w:rsidR="005974A0" w:rsidRPr="005974A0" w:rsidRDefault="005974A0" w:rsidP="005974A0">
            <w:pPr>
              <w:rPr>
                <w:szCs w:val="20"/>
              </w:rPr>
            </w:pPr>
          </w:p>
        </w:tc>
        <w:tc>
          <w:tcPr>
            <w:tcW w:w="1350" w:type="dxa"/>
          </w:tcPr>
          <w:p w14:paraId="17D02E9A" w14:textId="77777777" w:rsidR="005974A0" w:rsidRPr="005974A0" w:rsidRDefault="005974A0" w:rsidP="005974A0">
            <w:pPr>
              <w:rPr>
                <w:szCs w:val="20"/>
              </w:rPr>
            </w:pPr>
          </w:p>
        </w:tc>
        <w:tc>
          <w:tcPr>
            <w:tcW w:w="630" w:type="dxa"/>
          </w:tcPr>
          <w:p w14:paraId="28988943" w14:textId="77777777" w:rsidR="005974A0" w:rsidRPr="005974A0" w:rsidRDefault="005974A0" w:rsidP="005974A0">
            <w:pPr>
              <w:rPr>
                <w:szCs w:val="20"/>
              </w:rPr>
            </w:pPr>
          </w:p>
        </w:tc>
        <w:tc>
          <w:tcPr>
            <w:tcW w:w="630" w:type="dxa"/>
          </w:tcPr>
          <w:p w14:paraId="7ED69578" w14:textId="77777777" w:rsidR="005974A0" w:rsidRPr="005974A0" w:rsidRDefault="005974A0" w:rsidP="005974A0">
            <w:pPr>
              <w:rPr>
                <w:szCs w:val="20"/>
              </w:rPr>
            </w:pPr>
          </w:p>
        </w:tc>
        <w:tc>
          <w:tcPr>
            <w:tcW w:w="630" w:type="dxa"/>
          </w:tcPr>
          <w:p w14:paraId="09311D66" w14:textId="77777777" w:rsidR="005974A0" w:rsidRPr="005974A0" w:rsidRDefault="005974A0" w:rsidP="005974A0">
            <w:pPr>
              <w:rPr>
                <w:szCs w:val="20"/>
              </w:rPr>
            </w:pPr>
          </w:p>
        </w:tc>
        <w:tc>
          <w:tcPr>
            <w:tcW w:w="630" w:type="dxa"/>
          </w:tcPr>
          <w:p w14:paraId="3C418ED2" w14:textId="77777777" w:rsidR="005974A0" w:rsidRPr="005974A0" w:rsidRDefault="005974A0" w:rsidP="005974A0">
            <w:pPr>
              <w:rPr>
                <w:szCs w:val="20"/>
              </w:rPr>
            </w:pPr>
          </w:p>
        </w:tc>
        <w:tc>
          <w:tcPr>
            <w:tcW w:w="535" w:type="dxa"/>
          </w:tcPr>
          <w:p w14:paraId="3A10F40B" w14:textId="77777777" w:rsidR="005974A0" w:rsidRPr="005974A0" w:rsidRDefault="005974A0" w:rsidP="005974A0">
            <w:pPr>
              <w:rPr>
                <w:szCs w:val="20"/>
              </w:rPr>
            </w:pPr>
          </w:p>
        </w:tc>
      </w:tr>
      <w:tr w:rsidR="005974A0" w:rsidRPr="005974A0" w14:paraId="6BAC853D" w14:textId="77777777" w:rsidTr="005974A0">
        <w:tc>
          <w:tcPr>
            <w:tcW w:w="1075" w:type="dxa"/>
          </w:tcPr>
          <w:p w14:paraId="3BD5F066" w14:textId="77777777" w:rsidR="005974A0" w:rsidRPr="005974A0" w:rsidRDefault="005974A0" w:rsidP="005974A0">
            <w:pPr>
              <w:rPr>
                <w:szCs w:val="20"/>
              </w:rPr>
            </w:pPr>
          </w:p>
        </w:tc>
        <w:tc>
          <w:tcPr>
            <w:tcW w:w="5310" w:type="dxa"/>
          </w:tcPr>
          <w:p w14:paraId="19745C7D" w14:textId="77777777" w:rsidR="005974A0" w:rsidRPr="005974A0" w:rsidRDefault="005974A0" w:rsidP="005974A0">
            <w:pPr>
              <w:rPr>
                <w:szCs w:val="20"/>
              </w:rPr>
            </w:pPr>
          </w:p>
        </w:tc>
        <w:tc>
          <w:tcPr>
            <w:tcW w:w="1350" w:type="dxa"/>
          </w:tcPr>
          <w:p w14:paraId="200CDC50" w14:textId="77777777" w:rsidR="005974A0" w:rsidRPr="005974A0" w:rsidRDefault="005974A0" w:rsidP="005974A0">
            <w:pPr>
              <w:rPr>
                <w:szCs w:val="20"/>
              </w:rPr>
            </w:pPr>
          </w:p>
        </w:tc>
        <w:tc>
          <w:tcPr>
            <w:tcW w:w="630" w:type="dxa"/>
          </w:tcPr>
          <w:p w14:paraId="286CA5AE" w14:textId="77777777" w:rsidR="005974A0" w:rsidRPr="005974A0" w:rsidRDefault="005974A0" w:rsidP="005974A0">
            <w:pPr>
              <w:rPr>
                <w:szCs w:val="20"/>
              </w:rPr>
            </w:pPr>
          </w:p>
        </w:tc>
        <w:tc>
          <w:tcPr>
            <w:tcW w:w="630" w:type="dxa"/>
          </w:tcPr>
          <w:p w14:paraId="6B1CDC06" w14:textId="77777777" w:rsidR="005974A0" w:rsidRPr="005974A0" w:rsidRDefault="005974A0" w:rsidP="005974A0">
            <w:pPr>
              <w:rPr>
                <w:szCs w:val="20"/>
              </w:rPr>
            </w:pPr>
          </w:p>
        </w:tc>
        <w:tc>
          <w:tcPr>
            <w:tcW w:w="630" w:type="dxa"/>
          </w:tcPr>
          <w:p w14:paraId="4D31CDE3" w14:textId="77777777" w:rsidR="005974A0" w:rsidRPr="005974A0" w:rsidRDefault="005974A0" w:rsidP="005974A0">
            <w:pPr>
              <w:rPr>
                <w:szCs w:val="20"/>
              </w:rPr>
            </w:pPr>
          </w:p>
        </w:tc>
        <w:tc>
          <w:tcPr>
            <w:tcW w:w="630" w:type="dxa"/>
          </w:tcPr>
          <w:p w14:paraId="0AB4531D" w14:textId="77777777" w:rsidR="005974A0" w:rsidRPr="005974A0" w:rsidRDefault="005974A0" w:rsidP="005974A0">
            <w:pPr>
              <w:rPr>
                <w:szCs w:val="20"/>
              </w:rPr>
            </w:pPr>
          </w:p>
        </w:tc>
        <w:tc>
          <w:tcPr>
            <w:tcW w:w="535" w:type="dxa"/>
          </w:tcPr>
          <w:p w14:paraId="42E52440" w14:textId="77777777" w:rsidR="005974A0" w:rsidRPr="005974A0" w:rsidRDefault="005974A0" w:rsidP="005974A0">
            <w:pPr>
              <w:rPr>
                <w:szCs w:val="20"/>
              </w:rPr>
            </w:pPr>
          </w:p>
        </w:tc>
      </w:tr>
      <w:tr w:rsidR="005974A0" w:rsidRPr="005974A0" w14:paraId="205591DC" w14:textId="77777777" w:rsidTr="005974A0">
        <w:tc>
          <w:tcPr>
            <w:tcW w:w="1075" w:type="dxa"/>
          </w:tcPr>
          <w:p w14:paraId="548054C5" w14:textId="77777777" w:rsidR="005974A0" w:rsidRPr="005974A0" w:rsidRDefault="005974A0" w:rsidP="005974A0">
            <w:pPr>
              <w:rPr>
                <w:szCs w:val="20"/>
              </w:rPr>
            </w:pPr>
          </w:p>
        </w:tc>
        <w:tc>
          <w:tcPr>
            <w:tcW w:w="5310" w:type="dxa"/>
          </w:tcPr>
          <w:p w14:paraId="5A40DAB6" w14:textId="77777777" w:rsidR="005974A0" w:rsidRPr="005974A0" w:rsidRDefault="005974A0" w:rsidP="005974A0">
            <w:pPr>
              <w:rPr>
                <w:szCs w:val="20"/>
              </w:rPr>
            </w:pPr>
          </w:p>
        </w:tc>
        <w:tc>
          <w:tcPr>
            <w:tcW w:w="1350" w:type="dxa"/>
          </w:tcPr>
          <w:p w14:paraId="05136D75" w14:textId="77777777" w:rsidR="005974A0" w:rsidRPr="005974A0" w:rsidRDefault="005974A0" w:rsidP="005974A0">
            <w:pPr>
              <w:rPr>
                <w:szCs w:val="20"/>
              </w:rPr>
            </w:pPr>
          </w:p>
        </w:tc>
        <w:tc>
          <w:tcPr>
            <w:tcW w:w="630" w:type="dxa"/>
          </w:tcPr>
          <w:p w14:paraId="555AE636" w14:textId="77777777" w:rsidR="005974A0" w:rsidRPr="005974A0" w:rsidRDefault="005974A0" w:rsidP="005974A0">
            <w:pPr>
              <w:rPr>
                <w:szCs w:val="20"/>
              </w:rPr>
            </w:pPr>
          </w:p>
        </w:tc>
        <w:tc>
          <w:tcPr>
            <w:tcW w:w="630" w:type="dxa"/>
          </w:tcPr>
          <w:p w14:paraId="1B3E951D" w14:textId="77777777" w:rsidR="005974A0" w:rsidRPr="005974A0" w:rsidRDefault="005974A0" w:rsidP="005974A0">
            <w:pPr>
              <w:rPr>
                <w:szCs w:val="20"/>
              </w:rPr>
            </w:pPr>
          </w:p>
        </w:tc>
        <w:tc>
          <w:tcPr>
            <w:tcW w:w="630" w:type="dxa"/>
          </w:tcPr>
          <w:p w14:paraId="4AEB37CD" w14:textId="77777777" w:rsidR="005974A0" w:rsidRPr="005974A0" w:rsidRDefault="005974A0" w:rsidP="005974A0">
            <w:pPr>
              <w:rPr>
                <w:szCs w:val="20"/>
              </w:rPr>
            </w:pPr>
          </w:p>
        </w:tc>
        <w:tc>
          <w:tcPr>
            <w:tcW w:w="630" w:type="dxa"/>
          </w:tcPr>
          <w:p w14:paraId="3CC88B24" w14:textId="77777777" w:rsidR="005974A0" w:rsidRPr="005974A0" w:rsidRDefault="005974A0" w:rsidP="005974A0">
            <w:pPr>
              <w:rPr>
                <w:szCs w:val="20"/>
              </w:rPr>
            </w:pPr>
          </w:p>
        </w:tc>
        <w:tc>
          <w:tcPr>
            <w:tcW w:w="535" w:type="dxa"/>
          </w:tcPr>
          <w:p w14:paraId="748EAB7B" w14:textId="77777777" w:rsidR="005974A0" w:rsidRPr="005974A0" w:rsidRDefault="005974A0" w:rsidP="005974A0">
            <w:pPr>
              <w:rPr>
                <w:szCs w:val="20"/>
              </w:rPr>
            </w:pPr>
          </w:p>
        </w:tc>
      </w:tr>
      <w:tr w:rsidR="005974A0" w:rsidRPr="005974A0" w14:paraId="31880012" w14:textId="77777777" w:rsidTr="005974A0">
        <w:tc>
          <w:tcPr>
            <w:tcW w:w="1075" w:type="dxa"/>
          </w:tcPr>
          <w:p w14:paraId="0DC96849" w14:textId="77777777" w:rsidR="005974A0" w:rsidRPr="005974A0" w:rsidRDefault="005974A0" w:rsidP="005974A0">
            <w:pPr>
              <w:rPr>
                <w:szCs w:val="20"/>
              </w:rPr>
            </w:pPr>
          </w:p>
        </w:tc>
        <w:tc>
          <w:tcPr>
            <w:tcW w:w="5310" w:type="dxa"/>
          </w:tcPr>
          <w:p w14:paraId="02B27750" w14:textId="77777777" w:rsidR="005974A0" w:rsidRPr="005974A0" w:rsidRDefault="005974A0" w:rsidP="005974A0">
            <w:pPr>
              <w:rPr>
                <w:szCs w:val="20"/>
              </w:rPr>
            </w:pPr>
          </w:p>
        </w:tc>
        <w:tc>
          <w:tcPr>
            <w:tcW w:w="1350" w:type="dxa"/>
          </w:tcPr>
          <w:p w14:paraId="1397F3C9" w14:textId="77777777" w:rsidR="005974A0" w:rsidRPr="005974A0" w:rsidRDefault="005974A0" w:rsidP="005974A0">
            <w:pPr>
              <w:rPr>
                <w:szCs w:val="20"/>
              </w:rPr>
            </w:pPr>
          </w:p>
        </w:tc>
        <w:tc>
          <w:tcPr>
            <w:tcW w:w="630" w:type="dxa"/>
          </w:tcPr>
          <w:p w14:paraId="47701095" w14:textId="77777777" w:rsidR="005974A0" w:rsidRPr="005974A0" w:rsidRDefault="005974A0" w:rsidP="005974A0">
            <w:pPr>
              <w:rPr>
                <w:szCs w:val="20"/>
              </w:rPr>
            </w:pPr>
          </w:p>
        </w:tc>
        <w:tc>
          <w:tcPr>
            <w:tcW w:w="630" w:type="dxa"/>
          </w:tcPr>
          <w:p w14:paraId="3138F534" w14:textId="77777777" w:rsidR="005974A0" w:rsidRPr="005974A0" w:rsidRDefault="005974A0" w:rsidP="005974A0">
            <w:pPr>
              <w:rPr>
                <w:szCs w:val="20"/>
              </w:rPr>
            </w:pPr>
          </w:p>
        </w:tc>
        <w:tc>
          <w:tcPr>
            <w:tcW w:w="630" w:type="dxa"/>
          </w:tcPr>
          <w:p w14:paraId="712393E5" w14:textId="77777777" w:rsidR="005974A0" w:rsidRPr="005974A0" w:rsidRDefault="005974A0" w:rsidP="005974A0">
            <w:pPr>
              <w:rPr>
                <w:szCs w:val="20"/>
              </w:rPr>
            </w:pPr>
          </w:p>
        </w:tc>
        <w:tc>
          <w:tcPr>
            <w:tcW w:w="630" w:type="dxa"/>
          </w:tcPr>
          <w:p w14:paraId="7CEDA762" w14:textId="77777777" w:rsidR="005974A0" w:rsidRPr="005974A0" w:rsidRDefault="005974A0" w:rsidP="005974A0">
            <w:pPr>
              <w:rPr>
                <w:szCs w:val="20"/>
              </w:rPr>
            </w:pPr>
          </w:p>
        </w:tc>
        <w:tc>
          <w:tcPr>
            <w:tcW w:w="535" w:type="dxa"/>
          </w:tcPr>
          <w:p w14:paraId="443B49B8" w14:textId="77777777" w:rsidR="005974A0" w:rsidRPr="005974A0" w:rsidRDefault="005974A0" w:rsidP="005974A0">
            <w:pPr>
              <w:rPr>
                <w:szCs w:val="20"/>
              </w:rPr>
            </w:pPr>
          </w:p>
        </w:tc>
      </w:tr>
      <w:tr w:rsidR="005974A0" w:rsidRPr="005974A0" w14:paraId="169D9A68" w14:textId="77777777" w:rsidTr="005974A0">
        <w:tc>
          <w:tcPr>
            <w:tcW w:w="1075" w:type="dxa"/>
          </w:tcPr>
          <w:p w14:paraId="49777F6A" w14:textId="77777777" w:rsidR="005974A0" w:rsidRPr="005974A0" w:rsidRDefault="005974A0" w:rsidP="005974A0">
            <w:pPr>
              <w:rPr>
                <w:szCs w:val="20"/>
              </w:rPr>
            </w:pPr>
          </w:p>
        </w:tc>
        <w:tc>
          <w:tcPr>
            <w:tcW w:w="5310" w:type="dxa"/>
          </w:tcPr>
          <w:p w14:paraId="085FED4A" w14:textId="77777777" w:rsidR="005974A0" w:rsidRPr="005974A0" w:rsidRDefault="005974A0" w:rsidP="005974A0">
            <w:pPr>
              <w:rPr>
                <w:szCs w:val="20"/>
              </w:rPr>
            </w:pPr>
          </w:p>
        </w:tc>
        <w:tc>
          <w:tcPr>
            <w:tcW w:w="1350" w:type="dxa"/>
          </w:tcPr>
          <w:p w14:paraId="631ED2F3" w14:textId="77777777" w:rsidR="005974A0" w:rsidRPr="005974A0" w:rsidRDefault="005974A0" w:rsidP="005974A0">
            <w:pPr>
              <w:rPr>
                <w:szCs w:val="20"/>
              </w:rPr>
            </w:pPr>
          </w:p>
        </w:tc>
        <w:tc>
          <w:tcPr>
            <w:tcW w:w="630" w:type="dxa"/>
          </w:tcPr>
          <w:p w14:paraId="308F8E6B" w14:textId="77777777" w:rsidR="005974A0" w:rsidRPr="005974A0" w:rsidRDefault="005974A0" w:rsidP="005974A0">
            <w:pPr>
              <w:rPr>
                <w:szCs w:val="20"/>
              </w:rPr>
            </w:pPr>
          </w:p>
        </w:tc>
        <w:tc>
          <w:tcPr>
            <w:tcW w:w="630" w:type="dxa"/>
          </w:tcPr>
          <w:p w14:paraId="0E57660E" w14:textId="77777777" w:rsidR="005974A0" w:rsidRPr="005974A0" w:rsidRDefault="005974A0" w:rsidP="005974A0">
            <w:pPr>
              <w:rPr>
                <w:szCs w:val="20"/>
              </w:rPr>
            </w:pPr>
          </w:p>
        </w:tc>
        <w:tc>
          <w:tcPr>
            <w:tcW w:w="630" w:type="dxa"/>
          </w:tcPr>
          <w:p w14:paraId="49F2EFFE" w14:textId="77777777" w:rsidR="005974A0" w:rsidRPr="005974A0" w:rsidRDefault="005974A0" w:rsidP="005974A0">
            <w:pPr>
              <w:rPr>
                <w:szCs w:val="20"/>
              </w:rPr>
            </w:pPr>
          </w:p>
        </w:tc>
        <w:tc>
          <w:tcPr>
            <w:tcW w:w="630" w:type="dxa"/>
          </w:tcPr>
          <w:p w14:paraId="07EDB300" w14:textId="77777777" w:rsidR="005974A0" w:rsidRPr="005974A0" w:rsidRDefault="005974A0" w:rsidP="005974A0">
            <w:pPr>
              <w:rPr>
                <w:szCs w:val="20"/>
              </w:rPr>
            </w:pPr>
          </w:p>
        </w:tc>
        <w:tc>
          <w:tcPr>
            <w:tcW w:w="535" w:type="dxa"/>
          </w:tcPr>
          <w:p w14:paraId="44F8C4AA" w14:textId="77777777" w:rsidR="005974A0" w:rsidRPr="005974A0" w:rsidRDefault="005974A0" w:rsidP="005974A0">
            <w:pPr>
              <w:rPr>
                <w:szCs w:val="20"/>
              </w:rPr>
            </w:pPr>
          </w:p>
        </w:tc>
      </w:tr>
      <w:tr w:rsidR="005974A0" w:rsidRPr="005974A0" w14:paraId="0163BD96" w14:textId="77777777" w:rsidTr="005974A0">
        <w:tc>
          <w:tcPr>
            <w:tcW w:w="1075" w:type="dxa"/>
          </w:tcPr>
          <w:p w14:paraId="373949CB" w14:textId="77777777" w:rsidR="005974A0" w:rsidRPr="005974A0" w:rsidRDefault="005974A0" w:rsidP="005974A0">
            <w:pPr>
              <w:rPr>
                <w:szCs w:val="20"/>
              </w:rPr>
            </w:pPr>
          </w:p>
        </w:tc>
        <w:tc>
          <w:tcPr>
            <w:tcW w:w="5310" w:type="dxa"/>
          </w:tcPr>
          <w:p w14:paraId="2BD0CB90" w14:textId="77777777" w:rsidR="005974A0" w:rsidRPr="005974A0" w:rsidRDefault="005974A0" w:rsidP="005974A0">
            <w:pPr>
              <w:rPr>
                <w:szCs w:val="20"/>
              </w:rPr>
            </w:pPr>
          </w:p>
        </w:tc>
        <w:tc>
          <w:tcPr>
            <w:tcW w:w="1350" w:type="dxa"/>
          </w:tcPr>
          <w:p w14:paraId="041E0C7D" w14:textId="77777777" w:rsidR="005974A0" w:rsidRPr="005974A0" w:rsidRDefault="005974A0" w:rsidP="005974A0">
            <w:pPr>
              <w:rPr>
                <w:szCs w:val="20"/>
              </w:rPr>
            </w:pPr>
          </w:p>
        </w:tc>
        <w:tc>
          <w:tcPr>
            <w:tcW w:w="630" w:type="dxa"/>
          </w:tcPr>
          <w:p w14:paraId="0FD1BB3B" w14:textId="77777777" w:rsidR="005974A0" w:rsidRPr="005974A0" w:rsidRDefault="005974A0" w:rsidP="005974A0">
            <w:pPr>
              <w:rPr>
                <w:szCs w:val="20"/>
              </w:rPr>
            </w:pPr>
          </w:p>
        </w:tc>
        <w:tc>
          <w:tcPr>
            <w:tcW w:w="630" w:type="dxa"/>
          </w:tcPr>
          <w:p w14:paraId="7C08732A" w14:textId="77777777" w:rsidR="005974A0" w:rsidRPr="005974A0" w:rsidRDefault="005974A0" w:rsidP="005974A0">
            <w:pPr>
              <w:rPr>
                <w:szCs w:val="20"/>
              </w:rPr>
            </w:pPr>
          </w:p>
        </w:tc>
        <w:tc>
          <w:tcPr>
            <w:tcW w:w="630" w:type="dxa"/>
          </w:tcPr>
          <w:p w14:paraId="6B36FCF4" w14:textId="77777777" w:rsidR="005974A0" w:rsidRPr="005974A0" w:rsidRDefault="005974A0" w:rsidP="005974A0">
            <w:pPr>
              <w:rPr>
                <w:szCs w:val="20"/>
              </w:rPr>
            </w:pPr>
          </w:p>
        </w:tc>
        <w:tc>
          <w:tcPr>
            <w:tcW w:w="630" w:type="dxa"/>
          </w:tcPr>
          <w:p w14:paraId="37930FA8" w14:textId="77777777" w:rsidR="005974A0" w:rsidRPr="005974A0" w:rsidRDefault="005974A0" w:rsidP="005974A0">
            <w:pPr>
              <w:rPr>
                <w:szCs w:val="20"/>
              </w:rPr>
            </w:pPr>
          </w:p>
        </w:tc>
        <w:tc>
          <w:tcPr>
            <w:tcW w:w="535" w:type="dxa"/>
          </w:tcPr>
          <w:p w14:paraId="1FCC72FB" w14:textId="77777777" w:rsidR="005974A0" w:rsidRPr="005974A0" w:rsidRDefault="005974A0" w:rsidP="005974A0">
            <w:pPr>
              <w:rPr>
                <w:szCs w:val="20"/>
              </w:rPr>
            </w:pPr>
          </w:p>
        </w:tc>
      </w:tr>
      <w:tr w:rsidR="005974A0" w:rsidRPr="005974A0" w14:paraId="59F3AAA5" w14:textId="77777777" w:rsidTr="005974A0">
        <w:tc>
          <w:tcPr>
            <w:tcW w:w="1075" w:type="dxa"/>
          </w:tcPr>
          <w:p w14:paraId="3D8ACF5E" w14:textId="77777777" w:rsidR="005974A0" w:rsidRPr="005974A0" w:rsidRDefault="005974A0" w:rsidP="005974A0">
            <w:pPr>
              <w:rPr>
                <w:szCs w:val="20"/>
              </w:rPr>
            </w:pPr>
          </w:p>
        </w:tc>
        <w:tc>
          <w:tcPr>
            <w:tcW w:w="5310" w:type="dxa"/>
          </w:tcPr>
          <w:p w14:paraId="11422DA1" w14:textId="77777777" w:rsidR="005974A0" w:rsidRPr="005974A0" w:rsidRDefault="005974A0" w:rsidP="005974A0">
            <w:pPr>
              <w:rPr>
                <w:szCs w:val="20"/>
              </w:rPr>
            </w:pPr>
          </w:p>
        </w:tc>
        <w:tc>
          <w:tcPr>
            <w:tcW w:w="1350" w:type="dxa"/>
          </w:tcPr>
          <w:p w14:paraId="32DD4338" w14:textId="77777777" w:rsidR="005974A0" w:rsidRPr="005974A0" w:rsidRDefault="005974A0" w:rsidP="005974A0">
            <w:pPr>
              <w:rPr>
                <w:szCs w:val="20"/>
              </w:rPr>
            </w:pPr>
          </w:p>
        </w:tc>
        <w:tc>
          <w:tcPr>
            <w:tcW w:w="630" w:type="dxa"/>
          </w:tcPr>
          <w:p w14:paraId="6D688AFD" w14:textId="77777777" w:rsidR="005974A0" w:rsidRPr="005974A0" w:rsidRDefault="005974A0" w:rsidP="005974A0">
            <w:pPr>
              <w:rPr>
                <w:szCs w:val="20"/>
              </w:rPr>
            </w:pPr>
          </w:p>
        </w:tc>
        <w:tc>
          <w:tcPr>
            <w:tcW w:w="630" w:type="dxa"/>
          </w:tcPr>
          <w:p w14:paraId="5EA90F55" w14:textId="77777777" w:rsidR="005974A0" w:rsidRPr="005974A0" w:rsidRDefault="005974A0" w:rsidP="005974A0">
            <w:pPr>
              <w:rPr>
                <w:szCs w:val="20"/>
              </w:rPr>
            </w:pPr>
          </w:p>
        </w:tc>
        <w:tc>
          <w:tcPr>
            <w:tcW w:w="630" w:type="dxa"/>
          </w:tcPr>
          <w:p w14:paraId="16BE20CC" w14:textId="77777777" w:rsidR="005974A0" w:rsidRPr="005974A0" w:rsidRDefault="005974A0" w:rsidP="005974A0">
            <w:pPr>
              <w:rPr>
                <w:szCs w:val="20"/>
              </w:rPr>
            </w:pPr>
          </w:p>
        </w:tc>
        <w:tc>
          <w:tcPr>
            <w:tcW w:w="630" w:type="dxa"/>
          </w:tcPr>
          <w:p w14:paraId="16FD01B0" w14:textId="77777777" w:rsidR="005974A0" w:rsidRPr="005974A0" w:rsidRDefault="005974A0" w:rsidP="005974A0">
            <w:pPr>
              <w:rPr>
                <w:szCs w:val="20"/>
              </w:rPr>
            </w:pPr>
          </w:p>
        </w:tc>
        <w:tc>
          <w:tcPr>
            <w:tcW w:w="535" w:type="dxa"/>
          </w:tcPr>
          <w:p w14:paraId="03366CAC" w14:textId="77777777" w:rsidR="005974A0" w:rsidRPr="005974A0" w:rsidRDefault="005974A0" w:rsidP="005974A0">
            <w:pPr>
              <w:rPr>
                <w:szCs w:val="20"/>
              </w:rPr>
            </w:pPr>
          </w:p>
        </w:tc>
      </w:tr>
      <w:tr w:rsidR="005974A0" w:rsidRPr="005974A0" w14:paraId="13029556" w14:textId="77777777" w:rsidTr="005974A0">
        <w:tc>
          <w:tcPr>
            <w:tcW w:w="1075" w:type="dxa"/>
          </w:tcPr>
          <w:p w14:paraId="73E66391" w14:textId="77777777" w:rsidR="005974A0" w:rsidRPr="005974A0" w:rsidRDefault="005974A0" w:rsidP="005974A0">
            <w:pPr>
              <w:rPr>
                <w:szCs w:val="20"/>
              </w:rPr>
            </w:pPr>
          </w:p>
        </w:tc>
        <w:tc>
          <w:tcPr>
            <w:tcW w:w="5310" w:type="dxa"/>
          </w:tcPr>
          <w:p w14:paraId="6886AA88" w14:textId="77777777" w:rsidR="005974A0" w:rsidRPr="005974A0" w:rsidRDefault="005974A0" w:rsidP="005974A0">
            <w:pPr>
              <w:rPr>
                <w:szCs w:val="20"/>
              </w:rPr>
            </w:pPr>
          </w:p>
        </w:tc>
        <w:tc>
          <w:tcPr>
            <w:tcW w:w="1350" w:type="dxa"/>
          </w:tcPr>
          <w:p w14:paraId="1149232A" w14:textId="77777777" w:rsidR="005974A0" w:rsidRPr="005974A0" w:rsidRDefault="005974A0" w:rsidP="005974A0">
            <w:pPr>
              <w:rPr>
                <w:szCs w:val="20"/>
              </w:rPr>
            </w:pPr>
          </w:p>
        </w:tc>
        <w:tc>
          <w:tcPr>
            <w:tcW w:w="630" w:type="dxa"/>
          </w:tcPr>
          <w:p w14:paraId="3DD6AA1F" w14:textId="77777777" w:rsidR="005974A0" w:rsidRPr="005974A0" w:rsidRDefault="005974A0" w:rsidP="005974A0">
            <w:pPr>
              <w:rPr>
                <w:szCs w:val="20"/>
              </w:rPr>
            </w:pPr>
          </w:p>
        </w:tc>
        <w:tc>
          <w:tcPr>
            <w:tcW w:w="630" w:type="dxa"/>
          </w:tcPr>
          <w:p w14:paraId="6F493303" w14:textId="77777777" w:rsidR="005974A0" w:rsidRPr="005974A0" w:rsidRDefault="005974A0" w:rsidP="005974A0">
            <w:pPr>
              <w:rPr>
                <w:szCs w:val="20"/>
              </w:rPr>
            </w:pPr>
          </w:p>
        </w:tc>
        <w:tc>
          <w:tcPr>
            <w:tcW w:w="630" w:type="dxa"/>
          </w:tcPr>
          <w:p w14:paraId="6636EC6E" w14:textId="77777777" w:rsidR="005974A0" w:rsidRPr="005974A0" w:rsidRDefault="005974A0" w:rsidP="005974A0">
            <w:pPr>
              <w:rPr>
                <w:szCs w:val="20"/>
              </w:rPr>
            </w:pPr>
          </w:p>
        </w:tc>
        <w:tc>
          <w:tcPr>
            <w:tcW w:w="630" w:type="dxa"/>
          </w:tcPr>
          <w:p w14:paraId="641918FE" w14:textId="77777777" w:rsidR="005974A0" w:rsidRPr="005974A0" w:rsidRDefault="005974A0" w:rsidP="005974A0">
            <w:pPr>
              <w:rPr>
                <w:szCs w:val="20"/>
              </w:rPr>
            </w:pPr>
          </w:p>
        </w:tc>
        <w:tc>
          <w:tcPr>
            <w:tcW w:w="535" w:type="dxa"/>
          </w:tcPr>
          <w:p w14:paraId="31E0AABB" w14:textId="77777777" w:rsidR="005974A0" w:rsidRPr="005974A0" w:rsidRDefault="005974A0" w:rsidP="005974A0">
            <w:pPr>
              <w:rPr>
                <w:szCs w:val="20"/>
              </w:rPr>
            </w:pPr>
          </w:p>
        </w:tc>
      </w:tr>
      <w:tr w:rsidR="005974A0" w:rsidRPr="005974A0" w14:paraId="23F04B70" w14:textId="77777777" w:rsidTr="005974A0">
        <w:tc>
          <w:tcPr>
            <w:tcW w:w="1075" w:type="dxa"/>
          </w:tcPr>
          <w:p w14:paraId="6527D011" w14:textId="77777777" w:rsidR="005974A0" w:rsidRPr="005974A0" w:rsidRDefault="005974A0" w:rsidP="005974A0">
            <w:pPr>
              <w:rPr>
                <w:szCs w:val="20"/>
              </w:rPr>
            </w:pPr>
          </w:p>
        </w:tc>
        <w:tc>
          <w:tcPr>
            <w:tcW w:w="5310" w:type="dxa"/>
          </w:tcPr>
          <w:p w14:paraId="4366157C" w14:textId="77777777" w:rsidR="005974A0" w:rsidRPr="005974A0" w:rsidRDefault="005974A0" w:rsidP="005974A0">
            <w:pPr>
              <w:rPr>
                <w:szCs w:val="20"/>
              </w:rPr>
            </w:pPr>
          </w:p>
        </w:tc>
        <w:tc>
          <w:tcPr>
            <w:tcW w:w="1350" w:type="dxa"/>
          </w:tcPr>
          <w:p w14:paraId="3E5312CF" w14:textId="77777777" w:rsidR="005974A0" w:rsidRPr="005974A0" w:rsidRDefault="005974A0" w:rsidP="005974A0">
            <w:pPr>
              <w:rPr>
                <w:szCs w:val="20"/>
              </w:rPr>
            </w:pPr>
          </w:p>
        </w:tc>
        <w:tc>
          <w:tcPr>
            <w:tcW w:w="630" w:type="dxa"/>
          </w:tcPr>
          <w:p w14:paraId="14056419" w14:textId="77777777" w:rsidR="005974A0" w:rsidRPr="005974A0" w:rsidRDefault="005974A0" w:rsidP="005974A0">
            <w:pPr>
              <w:rPr>
                <w:szCs w:val="20"/>
              </w:rPr>
            </w:pPr>
          </w:p>
        </w:tc>
        <w:tc>
          <w:tcPr>
            <w:tcW w:w="630" w:type="dxa"/>
          </w:tcPr>
          <w:p w14:paraId="2DDDBED7" w14:textId="77777777" w:rsidR="005974A0" w:rsidRPr="005974A0" w:rsidRDefault="005974A0" w:rsidP="005974A0">
            <w:pPr>
              <w:rPr>
                <w:szCs w:val="20"/>
              </w:rPr>
            </w:pPr>
          </w:p>
        </w:tc>
        <w:tc>
          <w:tcPr>
            <w:tcW w:w="630" w:type="dxa"/>
          </w:tcPr>
          <w:p w14:paraId="2EEF1AF1" w14:textId="77777777" w:rsidR="005974A0" w:rsidRPr="005974A0" w:rsidRDefault="005974A0" w:rsidP="005974A0">
            <w:pPr>
              <w:rPr>
                <w:szCs w:val="20"/>
              </w:rPr>
            </w:pPr>
          </w:p>
        </w:tc>
        <w:tc>
          <w:tcPr>
            <w:tcW w:w="630" w:type="dxa"/>
          </w:tcPr>
          <w:p w14:paraId="25E96B6A" w14:textId="77777777" w:rsidR="005974A0" w:rsidRPr="005974A0" w:rsidRDefault="005974A0" w:rsidP="005974A0">
            <w:pPr>
              <w:rPr>
                <w:szCs w:val="20"/>
              </w:rPr>
            </w:pPr>
          </w:p>
        </w:tc>
        <w:tc>
          <w:tcPr>
            <w:tcW w:w="535" w:type="dxa"/>
          </w:tcPr>
          <w:p w14:paraId="06CA8F83" w14:textId="77777777" w:rsidR="005974A0" w:rsidRPr="005974A0" w:rsidRDefault="005974A0" w:rsidP="005974A0">
            <w:pPr>
              <w:rPr>
                <w:szCs w:val="20"/>
              </w:rPr>
            </w:pPr>
          </w:p>
        </w:tc>
      </w:tr>
      <w:tr w:rsidR="005974A0" w:rsidRPr="005974A0" w14:paraId="69C59104" w14:textId="77777777" w:rsidTr="005974A0">
        <w:tc>
          <w:tcPr>
            <w:tcW w:w="1075" w:type="dxa"/>
          </w:tcPr>
          <w:p w14:paraId="548AE007" w14:textId="77777777" w:rsidR="005974A0" w:rsidRPr="005974A0" w:rsidRDefault="005974A0" w:rsidP="005974A0">
            <w:pPr>
              <w:rPr>
                <w:szCs w:val="20"/>
              </w:rPr>
            </w:pPr>
          </w:p>
        </w:tc>
        <w:tc>
          <w:tcPr>
            <w:tcW w:w="5310" w:type="dxa"/>
          </w:tcPr>
          <w:p w14:paraId="6EC14C4C" w14:textId="77777777" w:rsidR="005974A0" w:rsidRPr="005974A0" w:rsidRDefault="005974A0" w:rsidP="005974A0">
            <w:pPr>
              <w:rPr>
                <w:szCs w:val="20"/>
              </w:rPr>
            </w:pPr>
          </w:p>
        </w:tc>
        <w:tc>
          <w:tcPr>
            <w:tcW w:w="1350" w:type="dxa"/>
          </w:tcPr>
          <w:p w14:paraId="0899050F" w14:textId="77777777" w:rsidR="005974A0" w:rsidRPr="005974A0" w:rsidRDefault="005974A0" w:rsidP="005974A0">
            <w:pPr>
              <w:rPr>
                <w:szCs w:val="20"/>
              </w:rPr>
            </w:pPr>
          </w:p>
        </w:tc>
        <w:tc>
          <w:tcPr>
            <w:tcW w:w="630" w:type="dxa"/>
          </w:tcPr>
          <w:p w14:paraId="7163D741" w14:textId="77777777" w:rsidR="005974A0" w:rsidRPr="005974A0" w:rsidRDefault="005974A0" w:rsidP="005974A0">
            <w:pPr>
              <w:rPr>
                <w:szCs w:val="20"/>
              </w:rPr>
            </w:pPr>
          </w:p>
        </w:tc>
        <w:tc>
          <w:tcPr>
            <w:tcW w:w="630" w:type="dxa"/>
          </w:tcPr>
          <w:p w14:paraId="1E45CB68" w14:textId="77777777" w:rsidR="005974A0" w:rsidRPr="005974A0" w:rsidRDefault="005974A0" w:rsidP="005974A0">
            <w:pPr>
              <w:rPr>
                <w:szCs w:val="20"/>
              </w:rPr>
            </w:pPr>
          </w:p>
        </w:tc>
        <w:tc>
          <w:tcPr>
            <w:tcW w:w="630" w:type="dxa"/>
          </w:tcPr>
          <w:p w14:paraId="769912BE" w14:textId="77777777" w:rsidR="005974A0" w:rsidRPr="005974A0" w:rsidRDefault="005974A0" w:rsidP="005974A0">
            <w:pPr>
              <w:rPr>
                <w:szCs w:val="20"/>
              </w:rPr>
            </w:pPr>
          </w:p>
        </w:tc>
        <w:tc>
          <w:tcPr>
            <w:tcW w:w="630" w:type="dxa"/>
          </w:tcPr>
          <w:p w14:paraId="69710B8A" w14:textId="77777777" w:rsidR="005974A0" w:rsidRPr="005974A0" w:rsidRDefault="005974A0" w:rsidP="005974A0">
            <w:pPr>
              <w:rPr>
                <w:szCs w:val="20"/>
              </w:rPr>
            </w:pPr>
          </w:p>
        </w:tc>
        <w:tc>
          <w:tcPr>
            <w:tcW w:w="535" w:type="dxa"/>
          </w:tcPr>
          <w:p w14:paraId="30D4AB8A" w14:textId="77777777" w:rsidR="005974A0" w:rsidRPr="005974A0" w:rsidRDefault="005974A0" w:rsidP="005974A0">
            <w:pPr>
              <w:rPr>
                <w:szCs w:val="20"/>
              </w:rPr>
            </w:pPr>
          </w:p>
        </w:tc>
      </w:tr>
      <w:tr w:rsidR="005974A0" w:rsidRPr="005974A0" w14:paraId="7CA6AD1C" w14:textId="77777777" w:rsidTr="005974A0">
        <w:tc>
          <w:tcPr>
            <w:tcW w:w="1075" w:type="dxa"/>
          </w:tcPr>
          <w:p w14:paraId="5B593605" w14:textId="77777777" w:rsidR="005974A0" w:rsidRPr="005974A0" w:rsidRDefault="005974A0" w:rsidP="005974A0">
            <w:pPr>
              <w:rPr>
                <w:szCs w:val="20"/>
              </w:rPr>
            </w:pPr>
          </w:p>
        </w:tc>
        <w:tc>
          <w:tcPr>
            <w:tcW w:w="5310" w:type="dxa"/>
          </w:tcPr>
          <w:p w14:paraId="087A496B" w14:textId="77777777" w:rsidR="005974A0" w:rsidRPr="005974A0" w:rsidRDefault="005974A0" w:rsidP="005974A0">
            <w:pPr>
              <w:rPr>
                <w:szCs w:val="20"/>
              </w:rPr>
            </w:pPr>
          </w:p>
        </w:tc>
        <w:tc>
          <w:tcPr>
            <w:tcW w:w="1350" w:type="dxa"/>
          </w:tcPr>
          <w:p w14:paraId="565F3B0D" w14:textId="77777777" w:rsidR="005974A0" w:rsidRPr="005974A0" w:rsidRDefault="005974A0" w:rsidP="005974A0">
            <w:pPr>
              <w:rPr>
                <w:szCs w:val="20"/>
              </w:rPr>
            </w:pPr>
          </w:p>
        </w:tc>
        <w:tc>
          <w:tcPr>
            <w:tcW w:w="630" w:type="dxa"/>
          </w:tcPr>
          <w:p w14:paraId="1E694FDF" w14:textId="77777777" w:rsidR="005974A0" w:rsidRPr="005974A0" w:rsidRDefault="005974A0" w:rsidP="005974A0">
            <w:pPr>
              <w:rPr>
                <w:szCs w:val="20"/>
              </w:rPr>
            </w:pPr>
          </w:p>
        </w:tc>
        <w:tc>
          <w:tcPr>
            <w:tcW w:w="630" w:type="dxa"/>
          </w:tcPr>
          <w:p w14:paraId="4929D1F0" w14:textId="77777777" w:rsidR="005974A0" w:rsidRPr="005974A0" w:rsidRDefault="005974A0" w:rsidP="005974A0">
            <w:pPr>
              <w:rPr>
                <w:szCs w:val="20"/>
              </w:rPr>
            </w:pPr>
          </w:p>
        </w:tc>
        <w:tc>
          <w:tcPr>
            <w:tcW w:w="630" w:type="dxa"/>
          </w:tcPr>
          <w:p w14:paraId="6467B94E" w14:textId="77777777" w:rsidR="005974A0" w:rsidRPr="005974A0" w:rsidRDefault="005974A0" w:rsidP="005974A0">
            <w:pPr>
              <w:rPr>
                <w:szCs w:val="20"/>
              </w:rPr>
            </w:pPr>
          </w:p>
        </w:tc>
        <w:tc>
          <w:tcPr>
            <w:tcW w:w="630" w:type="dxa"/>
          </w:tcPr>
          <w:p w14:paraId="7A3CCC5C" w14:textId="77777777" w:rsidR="005974A0" w:rsidRPr="005974A0" w:rsidRDefault="005974A0" w:rsidP="005974A0">
            <w:pPr>
              <w:rPr>
                <w:szCs w:val="20"/>
              </w:rPr>
            </w:pPr>
          </w:p>
        </w:tc>
        <w:tc>
          <w:tcPr>
            <w:tcW w:w="535" w:type="dxa"/>
          </w:tcPr>
          <w:p w14:paraId="0978DC43" w14:textId="77777777" w:rsidR="005974A0" w:rsidRPr="005974A0" w:rsidRDefault="005974A0" w:rsidP="005974A0">
            <w:pPr>
              <w:rPr>
                <w:szCs w:val="20"/>
              </w:rPr>
            </w:pPr>
          </w:p>
        </w:tc>
      </w:tr>
      <w:tr w:rsidR="005974A0" w:rsidRPr="005974A0" w14:paraId="02C15C4F" w14:textId="77777777" w:rsidTr="005974A0">
        <w:tc>
          <w:tcPr>
            <w:tcW w:w="1075" w:type="dxa"/>
          </w:tcPr>
          <w:p w14:paraId="214C02E9" w14:textId="77777777" w:rsidR="005974A0" w:rsidRPr="005974A0" w:rsidRDefault="005974A0" w:rsidP="005974A0">
            <w:pPr>
              <w:rPr>
                <w:szCs w:val="20"/>
              </w:rPr>
            </w:pPr>
          </w:p>
        </w:tc>
        <w:tc>
          <w:tcPr>
            <w:tcW w:w="5310" w:type="dxa"/>
          </w:tcPr>
          <w:p w14:paraId="7C18624F" w14:textId="77777777" w:rsidR="005974A0" w:rsidRPr="005974A0" w:rsidRDefault="005974A0" w:rsidP="005974A0">
            <w:pPr>
              <w:rPr>
                <w:szCs w:val="20"/>
              </w:rPr>
            </w:pPr>
          </w:p>
        </w:tc>
        <w:tc>
          <w:tcPr>
            <w:tcW w:w="1350" w:type="dxa"/>
          </w:tcPr>
          <w:p w14:paraId="4E805D58" w14:textId="77777777" w:rsidR="005974A0" w:rsidRPr="005974A0" w:rsidRDefault="005974A0" w:rsidP="005974A0">
            <w:pPr>
              <w:rPr>
                <w:szCs w:val="20"/>
              </w:rPr>
            </w:pPr>
          </w:p>
        </w:tc>
        <w:tc>
          <w:tcPr>
            <w:tcW w:w="630" w:type="dxa"/>
          </w:tcPr>
          <w:p w14:paraId="2D89E17F" w14:textId="77777777" w:rsidR="005974A0" w:rsidRPr="005974A0" w:rsidRDefault="005974A0" w:rsidP="005974A0">
            <w:pPr>
              <w:rPr>
                <w:szCs w:val="20"/>
              </w:rPr>
            </w:pPr>
          </w:p>
        </w:tc>
        <w:tc>
          <w:tcPr>
            <w:tcW w:w="630" w:type="dxa"/>
          </w:tcPr>
          <w:p w14:paraId="1D9C8787" w14:textId="77777777" w:rsidR="005974A0" w:rsidRPr="005974A0" w:rsidRDefault="005974A0" w:rsidP="005974A0">
            <w:pPr>
              <w:rPr>
                <w:szCs w:val="20"/>
              </w:rPr>
            </w:pPr>
          </w:p>
        </w:tc>
        <w:tc>
          <w:tcPr>
            <w:tcW w:w="630" w:type="dxa"/>
          </w:tcPr>
          <w:p w14:paraId="1907F6F9" w14:textId="77777777" w:rsidR="005974A0" w:rsidRPr="005974A0" w:rsidRDefault="005974A0" w:rsidP="005974A0">
            <w:pPr>
              <w:rPr>
                <w:szCs w:val="20"/>
              </w:rPr>
            </w:pPr>
          </w:p>
        </w:tc>
        <w:tc>
          <w:tcPr>
            <w:tcW w:w="630" w:type="dxa"/>
          </w:tcPr>
          <w:p w14:paraId="619A7962" w14:textId="77777777" w:rsidR="005974A0" w:rsidRPr="005974A0" w:rsidRDefault="005974A0" w:rsidP="005974A0">
            <w:pPr>
              <w:rPr>
                <w:szCs w:val="20"/>
              </w:rPr>
            </w:pPr>
          </w:p>
        </w:tc>
        <w:tc>
          <w:tcPr>
            <w:tcW w:w="535" w:type="dxa"/>
          </w:tcPr>
          <w:p w14:paraId="7E2F9703" w14:textId="77777777" w:rsidR="005974A0" w:rsidRPr="005974A0" w:rsidRDefault="005974A0" w:rsidP="005974A0">
            <w:pPr>
              <w:rPr>
                <w:szCs w:val="20"/>
              </w:rPr>
            </w:pPr>
          </w:p>
        </w:tc>
      </w:tr>
      <w:tr w:rsidR="005974A0" w:rsidRPr="005974A0" w14:paraId="199E8755" w14:textId="77777777" w:rsidTr="005974A0">
        <w:tc>
          <w:tcPr>
            <w:tcW w:w="1075" w:type="dxa"/>
          </w:tcPr>
          <w:p w14:paraId="183A4F9F" w14:textId="77777777" w:rsidR="005974A0" w:rsidRPr="005974A0" w:rsidRDefault="005974A0" w:rsidP="005974A0">
            <w:pPr>
              <w:rPr>
                <w:szCs w:val="20"/>
              </w:rPr>
            </w:pPr>
          </w:p>
        </w:tc>
        <w:tc>
          <w:tcPr>
            <w:tcW w:w="5310" w:type="dxa"/>
          </w:tcPr>
          <w:p w14:paraId="100D43D5" w14:textId="77777777" w:rsidR="005974A0" w:rsidRPr="005974A0" w:rsidRDefault="005974A0" w:rsidP="005974A0">
            <w:pPr>
              <w:rPr>
                <w:szCs w:val="20"/>
              </w:rPr>
            </w:pPr>
          </w:p>
        </w:tc>
        <w:tc>
          <w:tcPr>
            <w:tcW w:w="1350" w:type="dxa"/>
          </w:tcPr>
          <w:p w14:paraId="67EFF747" w14:textId="77777777" w:rsidR="005974A0" w:rsidRPr="005974A0" w:rsidRDefault="005974A0" w:rsidP="005974A0">
            <w:pPr>
              <w:rPr>
                <w:szCs w:val="20"/>
              </w:rPr>
            </w:pPr>
          </w:p>
        </w:tc>
        <w:tc>
          <w:tcPr>
            <w:tcW w:w="630" w:type="dxa"/>
          </w:tcPr>
          <w:p w14:paraId="7BEE41C5" w14:textId="77777777" w:rsidR="005974A0" w:rsidRPr="005974A0" w:rsidRDefault="005974A0" w:rsidP="005974A0">
            <w:pPr>
              <w:rPr>
                <w:szCs w:val="20"/>
              </w:rPr>
            </w:pPr>
          </w:p>
        </w:tc>
        <w:tc>
          <w:tcPr>
            <w:tcW w:w="630" w:type="dxa"/>
          </w:tcPr>
          <w:p w14:paraId="7E5E20BE" w14:textId="77777777" w:rsidR="005974A0" w:rsidRPr="005974A0" w:rsidRDefault="005974A0" w:rsidP="005974A0">
            <w:pPr>
              <w:rPr>
                <w:szCs w:val="20"/>
              </w:rPr>
            </w:pPr>
          </w:p>
        </w:tc>
        <w:tc>
          <w:tcPr>
            <w:tcW w:w="630" w:type="dxa"/>
          </w:tcPr>
          <w:p w14:paraId="7C1B14BA" w14:textId="77777777" w:rsidR="005974A0" w:rsidRPr="005974A0" w:rsidRDefault="005974A0" w:rsidP="005974A0">
            <w:pPr>
              <w:rPr>
                <w:szCs w:val="20"/>
              </w:rPr>
            </w:pPr>
          </w:p>
        </w:tc>
        <w:tc>
          <w:tcPr>
            <w:tcW w:w="630" w:type="dxa"/>
          </w:tcPr>
          <w:p w14:paraId="35F71F94" w14:textId="77777777" w:rsidR="005974A0" w:rsidRPr="005974A0" w:rsidRDefault="005974A0" w:rsidP="005974A0">
            <w:pPr>
              <w:rPr>
                <w:szCs w:val="20"/>
              </w:rPr>
            </w:pPr>
          </w:p>
        </w:tc>
        <w:tc>
          <w:tcPr>
            <w:tcW w:w="535" w:type="dxa"/>
          </w:tcPr>
          <w:p w14:paraId="64833BEB" w14:textId="77777777" w:rsidR="005974A0" w:rsidRPr="005974A0" w:rsidRDefault="005974A0" w:rsidP="005974A0">
            <w:pPr>
              <w:rPr>
                <w:szCs w:val="20"/>
              </w:rPr>
            </w:pPr>
          </w:p>
        </w:tc>
      </w:tr>
      <w:tr w:rsidR="005974A0" w:rsidRPr="005974A0" w14:paraId="4F52307C" w14:textId="77777777" w:rsidTr="005974A0">
        <w:tc>
          <w:tcPr>
            <w:tcW w:w="1075" w:type="dxa"/>
          </w:tcPr>
          <w:p w14:paraId="71BA7D00" w14:textId="77777777" w:rsidR="005974A0" w:rsidRPr="005974A0" w:rsidRDefault="005974A0" w:rsidP="005974A0">
            <w:pPr>
              <w:rPr>
                <w:szCs w:val="20"/>
              </w:rPr>
            </w:pPr>
          </w:p>
        </w:tc>
        <w:tc>
          <w:tcPr>
            <w:tcW w:w="5310" w:type="dxa"/>
          </w:tcPr>
          <w:p w14:paraId="1A5A60E3" w14:textId="77777777" w:rsidR="005974A0" w:rsidRPr="005974A0" w:rsidRDefault="005974A0" w:rsidP="005974A0">
            <w:pPr>
              <w:rPr>
                <w:szCs w:val="20"/>
              </w:rPr>
            </w:pPr>
          </w:p>
        </w:tc>
        <w:tc>
          <w:tcPr>
            <w:tcW w:w="1350" w:type="dxa"/>
          </w:tcPr>
          <w:p w14:paraId="1843AFEC" w14:textId="77777777" w:rsidR="005974A0" w:rsidRPr="005974A0" w:rsidRDefault="005974A0" w:rsidP="005974A0">
            <w:pPr>
              <w:rPr>
                <w:szCs w:val="20"/>
              </w:rPr>
            </w:pPr>
          </w:p>
        </w:tc>
        <w:tc>
          <w:tcPr>
            <w:tcW w:w="630" w:type="dxa"/>
          </w:tcPr>
          <w:p w14:paraId="77C0A0D6" w14:textId="77777777" w:rsidR="005974A0" w:rsidRPr="005974A0" w:rsidRDefault="005974A0" w:rsidP="005974A0">
            <w:pPr>
              <w:rPr>
                <w:szCs w:val="20"/>
              </w:rPr>
            </w:pPr>
          </w:p>
        </w:tc>
        <w:tc>
          <w:tcPr>
            <w:tcW w:w="630" w:type="dxa"/>
          </w:tcPr>
          <w:p w14:paraId="33E7231C" w14:textId="77777777" w:rsidR="005974A0" w:rsidRPr="005974A0" w:rsidRDefault="005974A0" w:rsidP="005974A0">
            <w:pPr>
              <w:rPr>
                <w:szCs w:val="20"/>
              </w:rPr>
            </w:pPr>
          </w:p>
        </w:tc>
        <w:tc>
          <w:tcPr>
            <w:tcW w:w="630" w:type="dxa"/>
          </w:tcPr>
          <w:p w14:paraId="453ABC44" w14:textId="77777777" w:rsidR="005974A0" w:rsidRPr="005974A0" w:rsidRDefault="005974A0" w:rsidP="005974A0">
            <w:pPr>
              <w:rPr>
                <w:szCs w:val="20"/>
              </w:rPr>
            </w:pPr>
          </w:p>
        </w:tc>
        <w:tc>
          <w:tcPr>
            <w:tcW w:w="630" w:type="dxa"/>
          </w:tcPr>
          <w:p w14:paraId="79556766" w14:textId="77777777" w:rsidR="005974A0" w:rsidRPr="005974A0" w:rsidRDefault="005974A0" w:rsidP="005974A0">
            <w:pPr>
              <w:rPr>
                <w:szCs w:val="20"/>
              </w:rPr>
            </w:pPr>
          </w:p>
        </w:tc>
        <w:tc>
          <w:tcPr>
            <w:tcW w:w="535" w:type="dxa"/>
          </w:tcPr>
          <w:p w14:paraId="5C6CA711" w14:textId="77777777" w:rsidR="005974A0" w:rsidRPr="005974A0" w:rsidRDefault="005974A0" w:rsidP="005974A0">
            <w:pPr>
              <w:rPr>
                <w:szCs w:val="20"/>
              </w:rPr>
            </w:pPr>
          </w:p>
        </w:tc>
      </w:tr>
      <w:tr w:rsidR="005974A0" w:rsidRPr="005974A0" w14:paraId="4858E531" w14:textId="77777777" w:rsidTr="005974A0">
        <w:tc>
          <w:tcPr>
            <w:tcW w:w="1075" w:type="dxa"/>
          </w:tcPr>
          <w:p w14:paraId="1F1AE1CF" w14:textId="77777777" w:rsidR="005974A0" w:rsidRPr="005974A0" w:rsidRDefault="005974A0" w:rsidP="005974A0">
            <w:pPr>
              <w:rPr>
                <w:szCs w:val="20"/>
              </w:rPr>
            </w:pPr>
          </w:p>
        </w:tc>
        <w:tc>
          <w:tcPr>
            <w:tcW w:w="5310" w:type="dxa"/>
          </w:tcPr>
          <w:p w14:paraId="65559717" w14:textId="77777777" w:rsidR="005974A0" w:rsidRPr="005974A0" w:rsidRDefault="005974A0" w:rsidP="005974A0">
            <w:pPr>
              <w:rPr>
                <w:szCs w:val="20"/>
              </w:rPr>
            </w:pPr>
          </w:p>
        </w:tc>
        <w:tc>
          <w:tcPr>
            <w:tcW w:w="1350" w:type="dxa"/>
          </w:tcPr>
          <w:p w14:paraId="1F9245D8" w14:textId="77777777" w:rsidR="005974A0" w:rsidRPr="005974A0" w:rsidRDefault="005974A0" w:rsidP="005974A0">
            <w:pPr>
              <w:rPr>
                <w:szCs w:val="20"/>
              </w:rPr>
            </w:pPr>
          </w:p>
        </w:tc>
        <w:tc>
          <w:tcPr>
            <w:tcW w:w="630" w:type="dxa"/>
          </w:tcPr>
          <w:p w14:paraId="498E25F1" w14:textId="77777777" w:rsidR="005974A0" w:rsidRPr="005974A0" w:rsidRDefault="005974A0" w:rsidP="005974A0">
            <w:pPr>
              <w:rPr>
                <w:szCs w:val="20"/>
              </w:rPr>
            </w:pPr>
          </w:p>
        </w:tc>
        <w:tc>
          <w:tcPr>
            <w:tcW w:w="630" w:type="dxa"/>
          </w:tcPr>
          <w:p w14:paraId="6D526A69" w14:textId="77777777" w:rsidR="005974A0" w:rsidRPr="005974A0" w:rsidRDefault="005974A0" w:rsidP="005974A0">
            <w:pPr>
              <w:rPr>
                <w:szCs w:val="20"/>
              </w:rPr>
            </w:pPr>
          </w:p>
        </w:tc>
        <w:tc>
          <w:tcPr>
            <w:tcW w:w="630" w:type="dxa"/>
          </w:tcPr>
          <w:p w14:paraId="0DC93283" w14:textId="77777777" w:rsidR="005974A0" w:rsidRPr="005974A0" w:rsidRDefault="005974A0" w:rsidP="005974A0">
            <w:pPr>
              <w:rPr>
                <w:szCs w:val="20"/>
              </w:rPr>
            </w:pPr>
          </w:p>
        </w:tc>
        <w:tc>
          <w:tcPr>
            <w:tcW w:w="630" w:type="dxa"/>
          </w:tcPr>
          <w:p w14:paraId="7AA38282" w14:textId="77777777" w:rsidR="005974A0" w:rsidRPr="005974A0" w:rsidRDefault="005974A0" w:rsidP="005974A0">
            <w:pPr>
              <w:rPr>
                <w:szCs w:val="20"/>
              </w:rPr>
            </w:pPr>
          </w:p>
        </w:tc>
        <w:tc>
          <w:tcPr>
            <w:tcW w:w="535" w:type="dxa"/>
          </w:tcPr>
          <w:p w14:paraId="6DD2BAE5" w14:textId="77777777" w:rsidR="005974A0" w:rsidRPr="005974A0" w:rsidRDefault="005974A0" w:rsidP="005974A0">
            <w:pPr>
              <w:rPr>
                <w:szCs w:val="20"/>
              </w:rPr>
            </w:pPr>
          </w:p>
        </w:tc>
      </w:tr>
      <w:tr w:rsidR="005974A0" w:rsidRPr="005974A0" w14:paraId="0B986634" w14:textId="77777777" w:rsidTr="005974A0">
        <w:tc>
          <w:tcPr>
            <w:tcW w:w="1075" w:type="dxa"/>
          </w:tcPr>
          <w:p w14:paraId="155D6856" w14:textId="77777777" w:rsidR="005974A0" w:rsidRPr="005974A0" w:rsidRDefault="005974A0" w:rsidP="005974A0">
            <w:pPr>
              <w:rPr>
                <w:szCs w:val="20"/>
              </w:rPr>
            </w:pPr>
          </w:p>
        </w:tc>
        <w:tc>
          <w:tcPr>
            <w:tcW w:w="5310" w:type="dxa"/>
          </w:tcPr>
          <w:p w14:paraId="3B78756C" w14:textId="77777777" w:rsidR="005974A0" w:rsidRPr="005974A0" w:rsidRDefault="005974A0" w:rsidP="005974A0">
            <w:pPr>
              <w:rPr>
                <w:szCs w:val="20"/>
              </w:rPr>
            </w:pPr>
          </w:p>
        </w:tc>
        <w:tc>
          <w:tcPr>
            <w:tcW w:w="1350" w:type="dxa"/>
          </w:tcPr>
          <w:p w14:paraId="173D8355" w14:textId="77777777" w:rsidR="005974A0" w:rsidRPr="005974A0" w:rsidRDefault="005974A0" w:rsidP="005974A0">
            <w:pPr>
              <w:rPr>
                <w:szCs w:val="20"/>
              </w:rPr>
            </w:pPr>
          </w:p>
        </w:tc>
        <w:tc>
          <w:tcPr>
            <w:tcW w:w="630" w:type="dxa"/>
          </w:tcPr>
          <w:p w14:paraId="2DE41837" w14:textId="77777777" w:rsidR="005974A0" w:rsidRPr="005974A0" w:rsidRDefault="005974A0" w:rsidP="005974A0">
            <w:pPr>
              <w:rPr>
                <w:szCs w:val="20"/>
              </w:rPr>
            </w:pPr>
          </w:p>
        </w:tc>
        <w:tc>
          <w:tcPr>
            <w:tcW w:w="630" w:type="dxa"/>
          </w:tcPr>
          <w:p w14:paraId="2281C2A2" w14:textId="77777777" w:rsidR="005974A0" w:rsidRPr="005974A0" w:rsidRDefault="005974A0" w:rsidP="005974A0">
            <w:pPr>
              <w:rPr>
                <w:szCs w:val="20"/>
              </w:rPr>
            </w:pPr>
          </w:p>
        </w:tc>
        <w:tc>
          <w:tcPr>
            <w:tcW w:w="630" w:type="dxa"/>
          </w:tcPr>
          <w:p w14:paraId="671493B8" w14:textId="77777777" w:rsidR="005974A0" w:rsidRPr="005974A0" w:rsidRDefault="005974A0" w:rsidP="005974A0">
            <w:pPr>
              <w:rPr>
                <w:szCs w:val="20"/>
              </w:rPr>
            </w:pPr>
          </w:p>
        </w:tc>
        <w:tc>
          <w:tcPr>
            <w:tcW w:w="630" w:type="dxa"/>
          </w:tcPr>
          <w:p w14:paraId="1B73F601" w14:textId="77777777" w:rsidR="005974A0" w:rsidRPr="005974A0" w:rsidRDefault="005974A0" w:rsidP="005974A0">
            <w:pPr>
              <w:rPr>
                <w:szCs w:val="20"/>
              </w:rPr>
            </w:pPr>
          </w:p>
        </w:tc>
        <w:tc>
          <w:tcPr>
            <w:tcW w:w="535" w:type="dxa"/>
          </w:tcPr>
          <w:p w14:paraId="4AB13704" w14:textId="77777777" w:rsidR="005974A0" w:rsidRPr="005974A0" w:rsidRDefault="005974A0" w:rsidP="005974A0">
            <w:pPr>
              <w:rPr>
                <w:szCs w:val="20"/>
              </w:rPr>
            </w:pPr>
          </w:p>
        </w:tc>
      </w:tr>
    </w:tbl>
    <w:p w14:paraId="3B77C60A" w14:textId="67229302" w:rsidR="002D7630" w:rsidRDefault="0033794A" w:rsidP="0033794A">
      <w:pPr>
        <w:tabs>
          <w:tab w:val="left" w:pos="1616"/>
        </w:tabs>
      </w:pPr>
      <w:r>
        <w:tab/>
      </w:r>
    </w:p>
    <w:p w14:paraId="786DC6A0" w14:textId="2669D1C7" w:rsidR="00CB177D" w:rsidRPr="00CB177D" w:rsidRDefault="00CB177D" w:rsidP="00CB177D">
      <w:pPr>
        <w:tabs>
          <w:tab w:val="left" w:pos="1616"/>
        </w:tabs>
      </w:pPr>
      <w:r>
        <w:tab/>
      </w:r>
    </w:p>
    <w:sectPr w:rsidR="00CB177D" w:rsidRPr="00CB177D" w:rsidSect="0060373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5E41AF" w14:textId="77777777" w:rsidR="00881AF8" w:rsidRDefault="00881AF8">
      <w:pPr>
        <w:spacing w:after="0" w:line="240" w:lineRule="auto"/>
      </w:pPr>
      <w:r>
        <w:separator/>
      </w:r>
    </w:p>
  </w:endnote>
  <w:endnote w:type="continuationSeparator" w:id="0">
    <w:p w14:paraId="035DE157" w14:textId="77777777" w:rsidR="00881AF8" w:rsidRDefault="00881A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34D2DF" w14:textId="30E47B01" w:rsidR="003473A6" w:rsidRDefault="00000000" w:rsidP="00CB177D">
    <w:pPr>
      <w:pStyle w:val="Footer"/>
      <w:tabs>
        <w:tab w:val="left" w:pos="8550"/>
      </w:tabs>
    </w:pPr>
    <w:r>
      <w:t>AI-</w:t>
    </w:r>
    <w:proofErr w:type="gramStart"/>
    <w:r>
      <w:t>CAM  |</w:t>
    </w:r>
    <w:proofErr w:type="gramEnd"/>
    <w:r>
      <w:t xml:space="preserve">  </w:t>
    </w:r>
    <w:r w:rsidR="0033794A">
      <w:t>Planning Table</w:t>
    </w:r>
    <w:r>
      <w:t xml:space="preserve"> |  </w:t>
    </w:r>
    <w:r>
      <w:fldChar w:fldCharType="begin"/>
    </w:r>
    <w:r>
      <w:instrText>PAGE</w:instrText>
    </w:r>
    <w:r>
      <w:fldChar w:fldCharType="separate"/>
    </w:r>
    <w:r w:rsidR="00A7449E">
      <w:rPr>
        <w:noProof/>
      </w:rPr>
      <w:t>1</w:t>
    </w:r>
    <w:r>
      <w:fldChar w:fldCharType="end"/>
    </w:r>
    <w:r w:rsidR="00CB177D">
      <w:tab/>
    </w:r>
    <w:r w:rsidR="00CB177D">
      <w:tab/>
      <w:t xml:space="preserve">   https://toolstolead.com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A6158F" w14:textId="77777777" w:rsidR="00881AF8" w:rsidRDefault="00881AF8">
      <w:pPr>
        <w:spacing w:after="0" w:line="240" w:lineRule="auto"/>
      </w:pPr>
      <w:r>
        <w:separator/>
      </w:r>
    </w:p>
  </w:footnote>
  <w:footnote w:type="continuationSeparator" w:id="0">
    <w:p w14:paraId="5FA01896" w14:textId="77777777" w:rsidR="00881AF8" w:rsidRDefault="00881AF8">
      <w:pPr>
        <w:spacing w:after="0" w:line="240" w:lineRule="auto"/>
      </w:pPr>
      <w:r>
        <w:continuationSeparator/>
      </w:r>
    </w:p>
  </w:footnote>
  <w:footnote w:id="1">
    <w:p w14:paraId="78DCDF6E" w14:textId="4AA5761A" w:rsidR="00A23EDB" w:rsidRDefault="00A23EDB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Level 4 &amp; Level 6 designations are for the </w:t>
      </w:r>
      <w:r w:rsidRPr="003944AE">
        <w:rPr>
          <w:b/>
          <w:bCs/>
          <w:i/>
          <w:iCs/>
        </w:rPr>
        <w:t>course</w:t>
      </w:r>
      <w:r>
        <w:t xml:space="preserve">, not for individual assignments. </w:t>
      </w:r>
      <w:r w:rsidRPr="003944AE">
        <w:t xml:space="preserve">A Level 4 designation requires </w:t>
      </w:r>
      <w:r>
        <w:t xml:space="preserve">an </w:t>
      </w:r>
      <w:r w:rsidRPr="003944AE">
        <w:t xml:space="preserve">explicit course </w:t>
      </w:r>
      <w:r>
        <w:t>competency that has AI implications for that subject, and at least some Level 3 assignments.</w:t>
      </w:r>
      <w:r w:rsidRPr="003944AE">
        <w:t xml:space="preserve"> </w:t>
      </w:r>
    </w:p>
  </w:footnote>
  <w:footnote w:id="2">
    <w:p w14:paraId="69809F82" w14:textId="7DFB4F8E" w:rsidR="00A23EDB" w:rsidRDefault="00A23EDB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3944AE">
        <w:t xml:space="preserve">Level 6 concerns course architecture </w:t>
      </w:r>
      <w:r>
        <w:t>will use primarily Level 5 assignments</w:t>
      </w:r>
      <w:r w:rsidRPr="003944AE">
        <w:t xml:space="preserve">.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02B0289"/>
    <w:multiLevelType w:val="hybridMultilevel"/>
    <w:tmpl w:val="5A42FC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032640B"/>
    <w:multiLevelType w:val="hybridMultilevel"/>
    <w:tmpl w:val="616E21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41191403">
    <w:abstractNumId w:val="8"/>
  </w:num>
  <w:num w:numId="2" w16cid:durableId="1339652433">
    <w:abstractNumId w:val="6"/>
  </w:num>
  <w:num w:numId="3" w16cid:durableId="924802074">
    <w:abstractNumId w:val="5"/>
  </w:num>
  <w:num w:numId="4" w16cid:durableId="1144345824">
    <w:abstractNumId w:val="4"/>
  </w:num>
  <w:num w:numId="5" w16cid:durableId="1089890409">
    <w:abstractNumId w:val="7"/>
  </w:num>
  <w:num w:numId="6" w16cid:durableId="1316104872">
    <w:abstractNumId w:val="3"/>
  </w:num>
  <w:num w:numId="7" w16cid:durableId="2004311830">
    <w:abstractNumId w:val="2"/>
  </w:num>
  <w:num w:numId="8" w16cid:durableId="840043746">
    <w:abstractNumId w:val="1"/>
  </w:num>
  <w:num w:numId="9" w16cid:durableId="1782601682">
    <w:abstractNumId w:val="0"/>
  </w:num>
  <w:num w:numId="10" w16cid:durableId="617218282">
    <w:abstractNumId w:val="9"/>
  </w:num>
  <w:num w:numId="11" w16cid:durableId="56094564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3C91"/>
    <w:rsid w:val="00034616"/>
    <w:rsid w:val="0006063C"/>
    <w:rsid w:val="0015074B"/>
    <w:rsid w:val="001A30A6"/>
    <w:rsid w:val="001B6740"/>
    <w:rsid w:val="00274F92"/>
    <w:rsid w:val="0029639D"/>
    <w:rsid w:val="002D7630"/>
    <w:rsid w:val="00326F90"/>
    <w:rsid w:val="0033407F"/>
    <w:rsid w:val="0033794A"/>
    <w:rsid w:val="003473A6"/>
    <w:rsid w:val="00566125"/>
    <w:rsid w:val="005974A0"/>
    <w:rsid w:val="00603738"/>
    <w:rsid w:val="006C223E"/>
    <w:rsid w:val="007E6815"/>
    <w:rsid w:val="0086082E"/>
    <w:rsid w:val="00881AF8"/>
    <w:rsid w:val="00A16AC6"/>
    <w:rsid w:val="00A23EDB"/>
    <w:rsid w:val="00A7449E"/>
    <w:rsid w:val="00A76BEB"/>
    <w:rsid w:val="00AA1D8D"/>
    <w:rsid w:val="00B47730"/>
    <w:rsid w:val="00B55038"/>
    <w:rsid w:val="00C52B50"/>
    <w:rsid w:val="00C82B4D"/>
    <w:rsid w:val="00CA4D1E"/>
    <w:rsid w:val="00CB0664"/>
    <w:rsid w:val="00CB177D"/>
    <w:rsid w:val="00E31749"/>
    <w:rsid w:val="00F014F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CA751C8"/>
  <w14:defaultImageDpi w14:val="300"/>
  <w15:docId w15:val="{F4285F1F-D73D-4BD2-99F5-640092ACF5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80"/>
    </w:pPr>
    <w:rPr>
      <w:rFonts w:ascii="Calibri" w:hAnsi="Calibri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NormalWeb">
    <w:name w:val="Normal (Web)"/>
    <w:basedOn w:val="Normal"/>
    <w:uiPriority w:val="99"/>
    <w:semiHidden/>
    <w:unhideWhenUsed/>
    <w:rsid w:val="00C82B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23EDB"/>
    <w:pPr>
      <w:spacing w:after="0" w:line="240" w:lineRule="auto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23EDB"/>
    <w:rPr>
      <w:rFonts w:ascii="Calibri" w:hAnsi="Calibri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A23ED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130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63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45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2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9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83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4</Pages>
  <Words>854</Words>
  <Characters>4871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5714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Rick Upchurch</cp:lastModifiedBy>
  <cp:revision>15</cp:revision>
  <cp:lastPrinted>2026-10-01T20:43:00Z</cp:lastPrinted>
  <dcterms:created xsi:type="dcterms:W3CDTF">2026-10-01T20:08:00Z</dcterms:created>
  <dcterms:modified xsi:type="dcterms:W3CDTF">2026-10-03T19:02:00Z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7b345d766d662433de5c20d6737340ca1c2983d5bdfc4dcf856bbca850cae09e</vt:lpwstr>
  </property>
</Properties>
</file>